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8A304" w14:textId="4225F9CF" w:rsidR="00CE30C4" w:rsidRDefault="00000000" w:rsidP="004B04CA">
      <w:pPr>
        <w:spacing w:after="0" w:line="360" w:lineRule="auto"/>
        <w:jc w:val="center"/>
        <w:rPr>
          <w:b/>
          <w:color w:val="EE0000"/>
        </w:rPr>
      </w:pPr>
      <w:r>
        <w:rPr>
          <w:b/>
          <w:color w:val="EE0000"/>
        </w:rPr>
        <w:t>Mẫu phiếu sơ yếu lý lịch</w:t>
      </w:r>
      <w:r w:rsidR="004B04CA">
        <w:rPr>
          <w:b/>
          <w:color w:val="EE0000"/>
        </w:rPr>
        <w:t xml:space="preserve"> xin việc mới nhất năm</w:t>
      </w:r>
      <w:r>
        <w:rPr>
          <w:b/>
          <w:color w:val="EE0000"/>
        </w:rPr>
        <w:t xml:space="preserve"> 2025</w:t>
      </w:r>
    </w:p>
    <w:p w14:paraId="57619EEE" w14:textId="77777777" w:rsidR="004B04CA" w:rsidRDefault="004B04CA" w:rsidP="004B04CA">
      <w:pPr>
        <w:spacing w:after="0" w:line="360" w:lineRule="auto"/>
        <w:jc w:val="both"/>
        <w:rPr>
          <w:i/>
          <w:color w:val="000000"/>
        </w:rPr>
      </w:pPr>
      <w:r w:rsidRPr="004B04CA">
        <w:rPr>
          <w:i/>
          <w:color w:val="000000"/>
        </w:rPr>
        <w:t>Mẫu phiếu sơ yếu lý lịch xin việc năm 2025 là một trong những giấy tờ quan trọng giúp ứng viên giới thiệu đầy đủ thông tin cá nhân, trình độ học vấn, kinh nghiệm làm việc và các kỹ năng liên quan. Đây không chỉ là tài liệu để nhà tuyển dụng nắm bắt nhanh hồ sơ của ứng viên mà còn thể hiện sự chuyên nghiệp, chỉn chu trong quá trình tìm việc. Bài viết dưới đây sẽ giới thiệu mẫu phiếu sơ yếu lý lịch xin việc mới nhất năm 2025 cùng hướng dẫn chi tiết cách điền, giúp bạn dễ dàng hoàn thiện hồ sơ xin việc một cách chuẩn xác và thuyết phục nhất.</w:t>
      </w:r>
    </w:p>
    <w:p w14:paraId="2B18FB74" w14:textId="27392C34" w:rsidR="00CE30C4" w:rsidRDefault="00000000" w:rsidP="004B04CA">
      <w:pPr>
        <w:spacing w:after="0" w:line="360" w:lineRule="auto"/>
        <w:rPr>
          <w:b/>
          <w:color w:val="000000"/>
        </w:rPr>
      </w:pPr>
      <w:r>
        <w:rPr>
          <w:b/>
          <w:color w:val="000000"/>
        </w:rPr>
        <w:t>1. Sơ yếu lý lịch là gì?</w:t>
      </w:r>
    </w:p>
    <w:p w14:paraId="66A143D4" w14:textId="77777777" w:rsidR="004B04CA" w:rsidRPr="004B04CA" w:rsidRDefault="004B04CA" w:rsidP="004B04CA">
      <w:pPr>
        <w:spacing w:after="0" w:line="360" w:lineRule="auto"/>
        <w:jc w:val="both"/>
        <w:rPr>
          <w:color w:val="000000"/>
          <w:lang w:val="en-SG"/>
        </w:rPr>
      </w:pPr>
      <w:r w:rsidRPr="004B04CA">
        <w:rPr>
          <w:b/>
          <w:bCs/>
          <w:color w:val="000000"/>
          <w:lang w:val="en-SG"/>
        </w:rPr>
        <w:t>Sơ yếu lý lịch tự thuật hay lý lịch trích ngang</w:t>
      </w:r>
      <w:r w:rsidRPr="004B04CA">
        <w:rPr>
          <w:color w:val="000000"/>
          <w:lang w:val="en-SG"/>
        </w:rPr>
        <w:t> là một bản khai thông tin cá nhân, bao gồm các thông tin về họ tên, ngày sinh, nơi sinh, quê quán, hộ khẩu, dân tộc, tôn giáo, trình độ học vấn, kinh nghiệm làm việc, kỹ năng, thành tích và các thông tin khác liên quan đến quá trình học tập và làm việc của ứng viên để nhà tuyển dụng nắm được.</w:t>
      </w:r>
    </w:p>
    <w:p w14:paraId="53B41AA5" w14:textId="77777777" w:rsidR="004B04CA" w:rsidRDefault="004B04CA" w:rsidP="004B04CA">
      <w:pPr>
        <w:spacing w:after="0" w:line="360" w:lineRule="auto"/>
        <w:jc w:val="both"/>
        <w:rPr>
          <w:color w:val="000000"/>
          <w:lang w:val="en-SG"/>
        </w:rPr>
      </w:pPr>
      <w:r w:rsidRPr="004B04CA">
        <w:rPr>
          <w:color w:val="000000"/>
          <w:lang w:val="en-SG"/>
        </w:rPr>
        <w:t>Sơ yếu lý lịch là một trong những giấy tờ quan trọng và được người lao động gửi kèm nhà tuyển dụng trong bộ hồ sơ xin việc. Đây là giấy tờ bắt buộc phải có bởi nó cung cấp cho nhà tuyển dụng những thông tin cơ bản nhất về ứng viên như tên tuổi, địa chỉ, quê quán, quá trình học tập, trình độ học vấn, thân nhân - gia đình, thành tích, và nhiều thông tin cá nhân khác. Sơ yếu lý lịch có thể được viết tay hoặc đánh máy, tùy theo yêu cầu từ phía nhà tuyển dụng, hoặc đôi khi là vị trí mà người lao động ứng tuyển.</w:t>
      </w:r>
    </w:p>
    <w:p w14:paraId="145EAFF2" w14:textId="3C589112" w:rsidR="004B04CA" w:rsidRDefault="004B04CA" w:rsidP="004B04CA">
      <w:pPr>
        <w:spacing w:after="0" w:line="360" w:lineRule="auto"/>
        <w:jc w:val="center"/>
        <w:rPr>
          <w:color w:val="000000"/>
          <w:lang w:val="en-SG"/>
        </w:rPr>
      </w:pPr>
      <w:r>
        <w:rPr>
          <w:noProof/>
        </w:rPr>
        <w:lastRenderedPageBreak/>
        <w:drawing>
          <wp:inline distT="0" distB="0" distL="0" distR="0" wp14:anchorId="725CCA28" wp14:editId="367EDFB2">
            <wp:extent cx="6096000" cy="4067175"/>
            <wp:effectExtent l="0" t="0" r="0" b="9525"/>
            <wp:docPr id="389278313" name="Picture 1" descr="Ly hôn rồi có cần ghi tên con vào sơ yếu lý lịch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 hôn rồi có cần ghi tên con vào sơ yếu lý lịch khô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14:paraId="32E3871E" w14:textId="0868CBBE" w:rsidR="004B04CA" w:rsidRPr="004B04CA" w:rsidRDefault="004B04CA" w:rsidP="004B04CA">
      <w:pPr>
        <w:spacing w:after="0" w:line="360" w:lineRule="auto"/>
        <w:jc w:val="center"/>
        <w:rPr>
          <w:i/>
          <w:iCs/>
          <w:color w:val="000000"/>
          <w:lang w:val="en-SG"/>
        </w:rPr>
      </w:pPr>
      <w:r w:rsidRPr="004B04CA">
        <w:rPr>
          <w:i/>
          <w:iCs/>
          <w:color w:val="000000"/>
          <w:lang w:val="en-SG"/>
        </w:rPr>
        <w:t>Sơ yếu lý lịch tự thuật là một bản khai thông tin cá nhân</w:t>
      </w:r>
      <w:r>
        <w:rPr>
          <w:i/>
          <w:iCs/>
          <w:color w:val="000000"/>
          <w:lang w:val="en-SG"/>
        </w:rPr>
        <w:t>. Ảnh minh họa</w:t>
      </w:r>
    </w:p>
    <w:p w14:paraId="34EA16ED" w14:textId="478FFFB6" w:rsidR="004B04CA" w:rsidRDefault="004B04CA" w:rsidP="004B04CA">
      <w:pPr>
        <w:spacing w:after="0" w:line="360" w:lineRule="auto"/>
        <w:jc w:val="both"/>
        <w:rPr>
          <w:color w:val="000000"/>
          <w:lang w:val="en-SG"/>
        </w:rPr>
      </w:pPr>
      <w:r>
        <w:rPr>
          <w:color w:val="000000"/>
          <w:lang w:val="en-SG"/>
        </w:rPr>
        <w:t xml:space="preserve">Tác dụng của sơ yếu lý lịch: </w:t>
      </w:r>
    </w:p>
    <w:p w14:paraId="77980D3A" w14:textId="77777777" w:rsidR="004B04CA" w:rsidRPr="004B04CA" w:rsidRDefault="004B04CA" w:rsidP="004B04CA">
      <w:pPr>
        <w:spacing w:after="0" w:line="360" w:lineRule="auto"/>
        <w:jc w:val="both"/>
        <w:rPr>
          <w:color w:val="000000"/>
          <w:lang w:val="en-SG"/>
        </w:rPr>
      </w:pPr>
      <w:r w:rsidRPr="004B04CA">
        <w:rPr>
          <w:color w:val="000000"/>
          <w:lang w:val="en-SG"/>
        </w:rPr>
        <w:t>- Về mặt pháp lý: Chứng minh người viết là công dân hợp pháp.</w:t>
      </w:r>
    </w:p>
    <w:p w14:paraId="2CBCADAC" w14:textId="4DF44414" w:rsidR="004B04CA" w:rsidRPr="004B04CA" w:rsidRDefault="004B04CA" w:rsidP="004B04CA">
      <w:pPr>
        <w:spacing w:after="0" w:line="360" w:lineRule="auto"/>
        <w:jc w:val="both"/>
        <w:rPr>
          <w:color w:val="000000"/>
          <w:lang w:val="en-SG"/>
        </w:rPr>
      </w:pPr>
      <w:r w:rsidRPr="004B04CA">
        <w:rPr>
          <w:color w:val="000000"/>
          <w:lang w:val="en-SG"/>
        </w:rPr>
        <w:t>- Về mặt tuyển dụng: Giúp những nhà tuyển dụng hiểu hơn phần nào ứng viên xin việc.</w:t>
      </w:r>
    </w:p>
    <w:p w14:paraId="3FE12A55" w14:textId="5DCC5B0D" w:rsidR="00CE30C4" w:rsidRDefault="00000000" w:rsidP="004B04CA">
      <w:pPr>
        <w:spacing w:after="0" w:line="360" w:lineRule="auto"/>
        <w:rPr>
          <w:b/>
          <w:color w:val="000000"/>
        </w:rPr>
      </w:pPr>
      <w:r>
        <w:rPr>
          <w:b/>
          <w:color w:val="000000"/>
        </w:rPr>
        <w:t>2. Mẫu phiếu sơ yếu lý lịch</w:t>
      </w:r>
      <w:r w:rsidR="00DF5804">
        <w:rPr>
          <w:b/>
          <w:color w:val="000000"/>
        </w:rPr>
        <w:t xml:space="preserve"> mới nhất năm</w:t>
      </w:r>
      <w:r>
        <w:rPr>
          <w:b/>
          <w:color w:val="000000"/>
        </w:rPr>
        <w:t xml:space="preserve"> 2025</w:t>
      </w:r>
    </w:p>
    <w:p w14:paraId="789DE6DC" w14:textId="77777777" w:rsidR="00CE30C4" w:rsidRDefault="00000000" w:rsidP="004B04CA">
      <w:pPr>
        <w:spacing w:after="0" w:line="360" w:lineRule="auto"/>
        <w:rPr>
          <w:color w:val="000000"/>
        </w:rPr>
      </w:pPr>
      <w:r>
        <w:rPr>
          <w:b/>
          <w:color w:val="000000"/>
        </w:rPr>
        <w:t xml:space="preserve">         Ảnh 4x6                    CỘNG HÒA XÃ HỘI CHỦ NGHĨA VIỆT NAM</w:t>
      </w:r>
      <w:r>
        <w:rPr>
          <w:color w:val="000000"/>
        </w:rPr>
        <w:br/>
      </w:r>
      <w:r>
        <w:rPr>
          <w:i/>
          <w:color w:val="000000"/>
        </w:rPr>
        <w:t xml:space="preserve">   (Dán tại đây)</w:t>
      </w:r>
      <w:r>
        <w:rPr>
          <w:b/>
          <w:color w:val="000000"/>
        </w:rPr>
        <w:t xml:space="preserve">                                    Độc lập – Tự do – Hạnh phúc</w:t>
      </w:r>
    </w:p>
    <w:p w14:paraId="1F0CB345" w14:textId="03CDD8A5" w:rsidR="004B04CA" w:rsidRPr="004B04CA" w:rsidRDefault="004B04CA" w:rsidP="004B04CA">
      <w:pPr>
        <w:spacing w:after="0" w:line="360" w:lineRule="auto"/>
        <w:rPr>
          <w:b/>
          <w:color w:val="000000"/>
          <w:lang w:val="en-US"/>
        </w:rPr>
      </w:pPr>
      <w:r w:rsidRPr="004B04CA">
        <w:rPr>
          <w:b/>
          <w:color w:val="000000"/>
          <w:lang w:val="en-US"/>
        </w:rPr>
        <w:t>I. THÔNG TIN BẢN THÂN</w:t>
      </w:r>
    </w:p>
    <w:p w14:paraId="45461B6F" w14:textId="282979A9" w:rsidR="004B04CA" w:rsidRPr="004B04CA" w:rsidRDefault="004B04CA" w:rsidP="004B04CA">
      <w:pPr>
        <w:spacing w:after="0" w:line="360" w:lineRule="auto"/>
        <w:rPr>
          <w:bCs/>
          <w:color w:val="000000"/>
          <w:lang w:val="en-US"/>
        </w:rPr>
      </w:pPr>
      <w:r w:rsidRPr="004B04CA">
        <w:rPr>
          <w:bCs/>
          <w:color w:val="000000"/>
          <w:lang w:val="en-US"/>
        </w:rPr>
        <w:t>1. Họ và tên (chữ in hoa) ………………………………………..</w:t>
      </w:r>
      <w:r w:rsidR="00DF5804">
        <w:rPr>
          <w:bCs/>
          <w:color w:val="000000"/>
          <w:lang w:val="en-US"/>
        </w:rPr>
        <w:t xml:space="preserve"> </w:t>
      </w:r>
      <w:r w:rsidRPr="004B04CA">
        <w:rPr>
          <w:bCs/>
          <w:color w:val="000000"/>
          <w:lang w:val="en-US"/>
        </w:rPr>
        <w:t>Nam/ Nữ ….…….……</w:t>
      </w:r>
    </w:p>
    <w:p w14:paraId="2D974219" w14:textId="0DF3A775" w:rsidR="004B04CA" w:rsidRPr="004B04CA" w:rsidRDefault="004B04CA" w:rsidP="004B04CA">
      <w:pPr>
        <w:spacing w:after="0" w:line="360" w:lineRule="auto"/>
        <w:rPr>
          <w:bCs/>
          <w:color w:val="000000"/>
          <w:lang w:val="en-US"/>
        </w:rPr>
      </w:pPr>
      <w:r w:rsidRPr="004B04CA">
        <w:rPr>
          <w:bCs/>
          <w:color w:val="000000"/>
          <w:lang w:val="en-US"/>
        </w:rPr>
        <w:t>2. Sinh ngày……tháng …..năm …………Nơi sinh ……………..……………</w:t>
      </w:r>
      <w:r w:rsidR="00DF5804">
        <w:rPr>
          <w:bCs/>
          <w:color w:val="000000"/>
          <w:lang w:val="en-US"/>
        </w:rPr>
        <w:t>.....</w:t>
      </w:r>
      <w:r w:rsidRPr="004B04CA">
        <w:rPr>
          <w:bCs/>
          <w:color w:val="000000"/>
          <w:lang w:val="en-US"/>
        </w:rPr>
        <w:t>…........</w:t>
      </w:r>
    </w:p>
    <w:p w14:paraId="1ECF8B95" w14:textId="4B7A8290" w:rsidR="004B04CA" w:rsidRPr="004B04CA" w:rsidRDefault="004B04CA" w:rsidP="004B04CA">
      <w:pPr>
        <w:spacing w:after="0" w:line="360" w:lineRule="auto"/>
        <w:rPr>
          <w:bCs/>
          <w:color w:val="000000"/>
          <w:lang w:val="en-US"/>
        </w:rPr>
      </w:pPr>
      <w:r w:rsidRPr="004B04CA">
        <w:rPr>
          <w:bCs/>
          <w:color w:val="000000"/>
          <w:lang w:val="en-US"/>
        </w:rPr>
        <w:t>3. Nguyên quán ………………………………………………………………………......</w:t>
      </w:r>
    </w:p>
    <w:p w14:paraId="1B2A8615" w14:textId="423B505F" w:rsidR="004B04CA" w:rsidRPr="004B04CA" w:rsidRDefault="004B04CA" w:rsidP="004B04CA">
      <w:pPr>
        <w:spacing w:after="0" w:line="360" w:lineRule="auto"/>
        <w:rPr>
          <w:bCs/>
          <w:color w:val="000000"/>
          <w:lang w:val="en-US"/>
        </w:rPr>
      </w:pPr>
      <w:r w:rsidRPr="004B04CA">
        <w:rPr>
          <w:bCs/>
          <w:color w:val="000000"/>
          <w:lang w:val="en-US"/>
        </w:rPr>
        <w:t>4. Nơi đăng ký hộ khẩu thường trú ……………………………..…………………..........</w:t>
      </w:r>
    </w:p>
    <w:p w14:paraId="4A3186CE" w14:textId="77777777" w:rsidR="00DF5804" w:rsidRDefault="004B04CA" w:rsidP="004B04CA">
      <w:pPr>
        <w:spacing w:after="0" w:line="360" w:lineRule="auto"/>
        <w:rPr>
          <w:bCs/>
          <w:color w:val="000000"/>
          <w:lang w:val="en-US"/>
        </w:rPr>
      </w:pPr>
      <w:r w:rsidRPr="004B04CA">
        <w:rPr>
          <w:bCs/>
          <w:color w:val="000000"/>
          <w:lang w:val="en-US"/>
        </w:rPr>
        <w:t>5. Chỗ ở hiện nay ……………………………….…………………………………..........</w:t>
      </w:r>
    </w:p>
    <w:p w14:paraId="0050C658" w14:textId="690D58E3" w:rsidR="004B04CA" w:rsidRPr="004B04CA" w:rsidRDefault="004B04CA" w:rsidP="004B04CA">
      <w:pPr>
        <w:spacing w:after="0" w:line="360" w:lineRule="auto"/>
        <w:rPr>
          <w:bCs/>
          <w:color w:val="000000"/>
          <w:lang w:val="en-US"/>
        </w:rPr>
      </w:pPr>
      <w:r w:rsidRPr="004B04CA">
        <w:rPr>
          <w:bCs/>
          <w:color w:val="000000"/>
          <w:lang w:val="en-US"/>
        </w:rPr>
        <w:t>6. Điện thoại liên hệ:………………………………………………………………...........</w:t>
      </w:r>
    </w:p>
    <w:p w14:paraId="35D5C336" w14:textId="32F4B2BF" w:rsidR="004B04CA" w:rsidRPr="004B04CA" w:rsidRDefault="004B04CA" w:rsidP="004B04CA">
      <w:pPr>
        <w:spacing w:after="0" w:line="360" w:lineRule="auto"/>
        <w:rPr>
          <w:bCs/>
          <w:color w:val="000000"/>
          <w:lang w:val="en-US"/>
        </w:rPr>
      </w:pPr>
      <w:r w:rsidRPr="004B04CA">
        <w:rPr>
          <w:bCs/>
          <w:color w:val="000000"/>
          <w:lang w:val="en-US"/>
        </w:rPr>
        <w:lastRenderedPageBreak/>
        <w:t>7. Dân tộc ………………………….</w:t>
      </w:r>
      <w:r w:rsidR="00DF5804">
        <w:rPr>
          <w:bCs/>
          <w:color w:val="000000"/>
          <w:lang w:val="en-US"/>
        </w:rPr>
        <w:t xml:space="preserve"> </w:t>
      </w:r>
      <w:r w:rsidRPr="004B04CA">
        <w:rPr>
          <w:bCs/>
          <w:color w:val="000000"/>
          <w:lang w:val="en-US"/>
        </w:rPr>
        <w:t>Tôn giáo ……………….………………………...</w:t>
      </w:r>
    </w:p>
    <w:p w14:paraId="64AEACA8" w14:textId="280F4A1F" w:rsidR="004B04CA" w:rsidRPr="004B04CA" w:rsidRDefault="004B04CA" w:rsidP="004B04CA">
      <w:pPr>
        <w:spacing w:after="0" w:line="360" w:lineRule="auto"/>
        <w:rPr>
          <w:bCs/>
          <w:color w:val="000000"/>
          <w:lang w:val="en-US"/>
        </w:rPr>
      </w:pPr>
      <w:r w:rsidRPr="004B04CA">
        <w:rPr>
          <w:bCs/>
          <w:color w:val="000000"/>
          <w:lang w:val="en-US"/>
        </w:rPr>
        <w:t>8. Số CCCD/CMND…………………..cấp ngày .…/…./……...nơi cấp…………..….…</w:t>
      </w:r>
    </w:p>
    <w:p w14:paraId="18B3F7F6" w14:textId="77777777" w:rsidR="00DF5804" w:rsidRDefault="004B04CA" w:rsidP="004B04CA">
      <w:pPr>
        <w:spacing w:after="0" w:line="360" w:lineRule="auto"/>
        <w:rPr>
          <w:bCs/>
          <w:color w:val="000000"/>
          <w:lang w:val="en-US"/>
        </w:rPr>
      </w:pPr>
      <w:r w:rsidRPr="004B04CA">
        <w:rPr>
          <w:bCs/>
          <w:color w:val="000000"/>
          <w:lang w:val="en-US"/>
        </w:rPr>
        <w:t>9. Trình độ văn hóa……………………………….………………………………............</w:t>
      </w:r>
    </w:p>
    <w:p w14:paraId="7775C378" w14:textId="4B3C4879" w:rsidR="004B04CA" w:rsidRPr="004B04CA" w:rsidRDefault="004B04CA" w:rsidP="004B04CA">
      <w:pPr>
        <w:spacing w:after="0" w:line="360" w:lineRule="auto"/>
        <w:rPr>
          <w:bCs/>
          <w:color w:val="000000"/>
          <w:lang w:val="en-US"/>
        </w:rPr>
      </w:pPr>
      <w:r w:rsidRPr="004B04CA">
        <w:rPr>
          <w:bCs/>
          <w:color w:val="000000"/>
          <w:lang w:val="en-US"/>
        </w:rPr>
        <w:t>10. Kết nạp Đoàn TNCS HCM…….../……./…….. tại …………..…………………........</w:t>
      </w:r>
    </w:p>
    <w:p w14:paraId="398A65AB" w14:textId="77777777" w:rsidR="00DF5804" w:rsidRDefault="004B04CA" w:rsidP="004B04CA">
      <w:pPr>
        <w:spacing w:after="0" w:line="360" w:lineRule="auto"/>
        <w:rPr>
          <w:bCs/>
          <w:color w:val="000000"/>
          <w:lang w:val="en-US"/>
        </w:rPr>
      </w:pPr>
      <w:r w:rsidRPr="004B04CA">
        <w:rPr>
          <w:bCs/>
          <w:color w:val="000000"/>
          <w:lang w:val="en-US"/>
        </w:rPr>
        <w:t>11. Kết nạp Đảng CSVN..…../……./….…….. tại…………………………….……........</w:t>
      </w:r>
    </w:p>
    <w:p w14:paraId="447E3EB1" w14:textId="77777777" w:rsidR="00DF5804" w:rsidRDefault="004B04CA" w:rsidP="004B04CA">
      <w:pPr>
        <w:spacing w:after="0" w:line="360" w:lineRule="auto"/>
        <w:rPr>
          <w:bCs/>
          <w:color w:val="000000"/>
          <w:lang w:val="en-US"/>
        </w:rPr>
      </w:pPr>
      <w:r w:rsidRPr="004B04CA">
        <w:rPr>
          <w:bCs/>
          <w:color w:val="000000"/>
          <w:lang w:val="en-US"/>
        </w:rPr>
        <w:t>12. Khen thưởng/ Kỷ luật:…………………………..……………………………….......</w:t>
      </w:r>
    </w:p>
    <w:p w14:paraId="6F58E5D2" w14:textId="0F9FBC8B" w:rsidR="004B04CA" w:rsidRPr="004B04CA" w:rsidRDefault="004B04CA" w:rsidP="004B04CA">
      <w:pPr>
        <w:spacing w:after="0" w:line="360" w:lineRule="auto"/>
        <w:rPr>
          <w:bCs/>
          <w:color w:val="000000"/>
          <w:lang w:val="en-US"/>
        </w:rPr>
      </w:pPr>
      <w:r w:rsidRPr="004B04CA">
        <w:rPr>
          <w:bCs/>
          <w:color w:val="000000"/>
          <w:lang w:val="en-US"/>
        </w:rPr>
        <w:t>13. Sở trường:………………………………………………………………………….....</w:t>
      </w:r>
    </w:p>
    <w:p w14:paraId="4075AA2B" w14:textId="77777777" w:rsidR="004B04CA" w:rsidRPr="004B04CA" w:rsidRDefault="004B04CA" w:rsidP="004B04CA">
      <w:pPr>
        <w:spacing w:after="0" w:line="360" w:lineRule="auto"/>
        <w:rPr>
          <w:b/>
          <w:color w:val="000000"/>
          <w:lang w:val="en-US"/>
        </w:rPr>
      </w:pPr>
      <w:r w:rsidRPr="004B04CA">
        <w:rPr>
          <w:b/>
          <w:color w:val="000000"/>
          <w:lang w:val="en-US"/>
        </w:rPr>
        <w:t xml:space="preserve">II. QUAN HỆ GIA ĐÌNH </w:t>
      </w:r>
      <w:r w:rsidRPr="004B04CA">
        <w:rPr>
          <w:bCs/>
          <w:i/>
          <w:color w:val="000000"/>
          <w:lang w:val="en-US"/>
        </w:rPr>
        <w:t>(Ghi rõ họ tên, năm sinh, nghề nghiệp, nơi công tác của bố mẹ đẻ, anh chị em ruột)</w:t>
      </w:r>
    </w:p>
    <w:p w14:paraId="730C931D" w14:textId="77777777" w:rsidR="00DF5804" w:rsidRDefault="004B04CA" w:rsidP="00DF5804">
      <w:pPr>
        <w:spacing w:after="0" w:line="360" w:lineRule="auto"/>
        <w:rPr>
          <w:bCs/>
          <w:color w:val="000000"/>
          <w:lang w:val="en-US"/>
        </w:rPr>
      </w:pPr>
      <w:r w:rsidRPr="004B04CA">
        <w:rPr>
          <w:b/>
          <w:color w:val="000000"/>
          <w:lang w:val="en-US"/>
        </w:rPr>
        <w:t xml:space="preserve">1. Họ và tên cha: </w:t>
      </w:r>
      <w:r w:rsidRPr="004B04CA">
        <w:rPr>
          <w:bCs/>
          <w:color w:val="000000"/>
          <w:lang w:val="en-US"/>
        </w:rPr>
        <w:t>…………………………………… Năm sinh: …..…………………..</w:t>
      </w:r>
    </w:p>
    <w:p w14:paraId="05F2160A" w14:textId="7E7F41CF" w:rsidR="00DF5804" w:rsidRPr="004B04CA" w:rsidRDefault="00DF5804" w:rsidP="00DF5804">
      <w:pPr>
        <w:spacing w:after="0" w:line="360" w:lineRule="auto"/>
        <w:rPr>
          <w:bCs/>
          <w:color w:val="000000"/>
          <w:lang w:val="en-US"/>
        </w:rPr>
      </w:pPr>
      <w:r w:rsidRPr="004B04CA">
        <w:rPr>
          <w:bCs/>
          <w:color w:val="000000"/>
          <w:lang w:val="en-US"/>
        </w:rPr>
        <w:t>- Nghề nghiệp hiện nay: …………………….…………………………………………….</w:t>
      </w:r>
    </w:p>
    <w:p w14:paraId="33444318" w14:textId="77777777" w:rsidR="00DF5804" w:rsidRPr="004B04CA" w:rsidRDefault="00DF5804" w:rsidP="00DF5804">
      <w:pPr>
        <w:spacing w:after="0" w:line="360" w:lineRule="auto"/>
        <w:rPr>
          <w:bCs/>
          <w:color w:val="000000"/>
          <w:lang w:val="en-US"/>
        </w:rPr>
      </w:pPr>
      <w:r w:rsidRPr="004B04CA">
        <w:rPr>
          <w:bCs/>
          <w:color w:val="000000"/>
          <w:lang w:val="en-US"/>
        </w:rPr>
        <w:t>- Cơ quan công tác : …………………………………………………………</w:t>
      </w:r>
      <w:r>
        <w:rPr>
          <w:bCs/>
          <w:color w:val="000000"/>
          <w:lang w:val="en-US"/>
        </w:rPr>
        <w:t>....</w:t>
      </w:r>
      <w:r w:rsidRPr="004B04CA">
        <w:rPr>
          <w:bCs/>
          <w:color w:val="000000"/>
          <w:lang w:val="en-US"/>
        </w:rPr>
        <w:t>……........</w:t>
      </w:r>
    </w:p>
    <w:p w14:paraId="5CCEB1CE" w14:textId="77777777" w:rsidR="00DF5804" w:rsidRPr="004B04CA" w:rsidRDefault="00DF5804" w:rsidP="00DF5804">
      <w:pPr>
        <w:spacing w:after="0" w:line="360" w:lineRule="auto"/>
        <w:rPr>
          <w:b/>
          <w:color w:val="000000"/>
          <w:lang w:val="en-US"/>
        </w:rPr>
      </w:pPr>
      <w:r w:rsidRPr="004B04CA">
        <w:rPr>
          <w:bCs/>
          <w:color w:val="000000"/>
          <w:lang w:val="en-US"/>
        </w:rPr>
        <w:t>- Chỗ ở hiện nay:</w:t>
      </w:r>
      <w:r w:rsidRPr="004B04CA">
        <w:rPr>
          <w:b/>
          <w:color w:val="000000"/>
          <w:lang w:val="en-US"/>
        </w:rPr>
        <w:t xml:space="preserve"> </w:t>
      </w:r>
      <w:r w:rsidRPr="004B04CA">
        <w:rPr>
          <w:bCs/>
          <w:color w:val="000000"/>
          <w:lang w:val="en-US"/>
        </w:rPr>
        <w:t>……………………………………………….………………………....</w:t>
      </w:r>
    </w:p>
    <w:p w14:paraId="0C8B9499" w14:textId="61C2979E" w:rsidR="004B04CA" w:rsidRPr="004B04CA" w:rsidRDefault="004B04CA" w:rsidP="004B04CA">
      <w:pPr>
        <w:spacing w:after="0" w:line="360" w:lineRule="auto"/>
        <w:rPr>
          <w:bCs/>
          <w:color w:val="000000"/>
          <w:lang w:val="en-US"/>
        </w:rPr>
      </w:pPr>
      <w:r w:rsidRPr="004B04CA">
        <w:rPr>
          <w:b/>
          <w:color w:val="000000"/>
          <w:lang w:val="en-US"/>
        </w:rPr>
        <w:t xml:space="preserve">2. Họ và tên mẹ: </w:t>
      </w:r>
      <w:r w:rsidRPr="004B04CA">
        <w:rPr>
          <w:bCs/>
          <w:color w:val="000000"/>
          <w:lang w:val="en-US"/>
        </w:rPr>
        <w:t>………………………….………… Năm sinh: …………….……….....</w:t>
      </w:r>
    </w:p>
    <w:p w14:paraId="61D05758" w14:textId="7EECB0DB" w:rsidR="004B04CA" w:rsidRPr="004B04CA" w:rsidRDefault="004B04CA" w:rsidP="004B04CA">
      <w:pPr>
        <w:spacing w:after="0" w:line="360" w:lineRule="auto"/>
        <w:rPr>
          <w:bCs/>
          <w:color w:val="000000"/>
          <w:lang w:val="en-US"/>
        </w:rPr>
      </w:pPr>
      <w:r w:rsidRPr="004B04CA">
        <w:rPr>
          <w:bCs/>
          <w:color w:val="000000"/>
          <w:lang w:val="en-US"/>
        </w:rPr>
        <w:t>- Nghề nghiệp hiện nay: …………………….…………………………………………….</w:t>
      </w:r>
    </w:p>
    <w:p w14:paraId="10B3B9CA" w14:textId="5949C522" w:rsidR="004B04CA" w:rsidRPr="004B04CA" w:rsidRDefault="004B04CA" w:rsidP="004B04CA">
      <w:pPr>
        <w:spacing w:after="0" w:line="360" w:lineRule="auto"/>
        <w:rPr>
          <w:bCs/>
          <w:color w:val="000000"/>
          <w:lang w:val="en-US"/>
        </w:rPr>
      </w:pPr>
      <w:r w:rsidRPr="004B04CA">
        <w:rPr>
          <w:bCs/>
          <w:color w:val="000000"/>
          <w:lang w:val="en-US"/>
        </w:rPr>
        <w:t>- Cơ quan công tác : …………………………………………………………</w:t>
      </w:r>
      <w:r w:rsidR="00DF5804">
        <w:rPr>
          <w:bCs/>
          <w:color w:val="000000"/>
          <w:lang w:val="en-US"/>
        </w:rPr>
        <w:t>....</w:t>
      </w:r>
      <w:r w:rsidRPr="004B04CA">
        <w:rPr>
          <w:bCs/>
          <w:color w:val="000000"/>
          <w:lang w:val="en-US"/>
        </w:rPr>
        <w:t>……........</w:t>
      </w:r>
    </w:p>
    <w:p w14:paraId="59EB46A9" w14:textId="7D00211A" w:rsidR="004B04CA" w:rsidRPr="004B04CA" w:rsidRDefault="004B04CA" w:rsidP="004B04CA">
      <w:pPr>
        <w:spacing w:after="0" w:line="360" w:lineRule="auto"/>
        <w:rPr>
          <w:b/>
          <w:color w:val="000000"/>
          <w:lang w:val="en-US"/>
        </w:rPr>
      </w:pPr>
      <w:r w:rsidRPr="004B04CA">
        <w:rPr>
          <w:bCs/>
          <w:color w:val="000000"/>
          <w:lang w:val="en-US"/>
        </w:rPr>
        <w:t>- Chỗ ở hiện nay:</w:t>
      </w:r>
      <w:r w:rsidRPr="004B04CA">
        <w:rPr>
          <w:b/>
          <w:color w:val="000000"/>
          <w:lang w:val="en-US"/>
        </w:rPr>
        <w:t xml:space="preserve"> </w:t>
      </w:r>
      <w:r w:rsidRPr="004B04CA">
        <w:rPr>
          <w:bCs/>
          <w:color w:val="000000"/>
          <w:lang w:val="en-US"/>
        </w:rPr>
        <w:t>……………………………………………….………………………....</w:t>
      </w:r>
    </w:p>
    <w:p w14:paraId="02ACAB43" w14:textId="76493CA9" w:rsidR="00DF5804" w:rsidRPr="004B04CA" w:rsidRDefault="00DF5804" w:rsidP="00DF5804">
      <w:pPr>
        <w:spacing w:after="0" w:line="360" w:lineRule="auto"/>
        <w:rPr>
          <w:bCs/>
          <w:color w:val="000000"/>
          <w:lang w:val="en-US"/>
        </w:rPr>
      </w:pPr>
      <w:r>
        <w:rPr>
          <w:b/>
          <w:color w:val="000000"/>
          <w:lang w:val="en-US"/>
        </w:rPr>
        <w:t>3</w:t>
      </w:r>
      <w:r w:rsidRPr="004B04CA">
        <w:rPr>
          <w:b/>
          <w:color w:val="000000"/>
          <w:lang w:val="en-US"/>
        </w:rPr>
        <w:t xml:space="preserve">. Họ và tên Anh/chị em ruột: </w:t>
      </w:r>
      <w:r w:rsidRPr="004B04CA">
        <w:rPr>
          <w:bCs/>
          <w:color w:val="000000"/>
          <w:lang w:val="en-US"/>
        </w:rPr>
        <w:t>…………………………. Năm sinh: …………………...</w:t>
      </w:r>
    </w:p>
    <w:p w14:paraId="3532DD0B" w14:textId="77777777" w:rsidR="00DF5804" w:rsidRPr="004B04CA" w:rsidRDefault="00DF5804" w:rsidP="00DF5804">
      <w:pPr>
        <w:spacing w:after="0" w:line="360" w:lineRule="auto"/>
        <w:rPr>
          <w:bCs/>
          <w:color w:val="000000"/>
          <w:lang w:val="en-US"/>
        </w:rPr>
      </w:pPr>
      <w:r w:rsidRPr="004B04CA">
        <w:rPr>
          <w:bCs/>
          <w:color w:val="000000"/>
          <w:lang w:val="en-US"/>
        </w:rPr>
        <w:t>- Nghề nghiệp hiện nay: …………………….…………………………………………….</w:t>
      </w:r>
    </w:p>
    <w:p w14:paraId="7B56AF35" w14:textId="77777777" w:rsidR="00DF5804" w:rsidRPr="004B04CA" w:rsidRDefault="00DF5804" w:rsidP="00DF5804">
      <w:pPr>
        <w:spacing w:after="0" w:line="360" w:lineRule="auto"/>
        <w:rPr>
          <w:bCs/>
          <w:color w:val="000000"/>
          <w:lang w:val="en-US"/>
        </w:rPr>
      </w:pPr>
      <w:r w:rsidRPr="004B04CA">
        <w:rPr>
          <w:bCs/>
          <w:color w:val="000000"/>
          <w:lang w:val="en-US"/>
        </w:rPr>
        <w:t>- Cơ quan công tác : ………………………………………………………………........</w:t>
      </w:r>
      <w:r>
        <w:rPr>
          <w:bCs/>
          <w:color w:val="000000"/>
          <w:lang w:val="en-US"/>
        </w:rPr>
        <w:t>.....</w:t>
      </w:r>
    </w:p>
    <w:p w14:paraId="043EBA73" w14:textId="25EE6F76" w:rsidR="004B04CA" w:rsidRPr="004B04CA" w:rsidRDefault="004B04CA" w:rsidP="004B04CA">
      <w:pPr>
        <w:spacing w:after="0" w:line="360" w:lineRule="auto"/>
        <w:rPr>
          <w:bCs/>
          <w:color w:val="000000"/>
          <w:lang w:val="en-US"/>
        </w:rPr>
      </w:pPr>
      <w:r w:rsidRPr="004B04CA">
        <w:rPr>
          <w:b/>
          <w:color w:val="000000"/>
          <w:lang w:val="en-US"/>
        </w:rPr>
        <w:t xml:space="preserve">4. Họ và tên Anh/chị em ruột: </w:t>
      </w:r>
      <w:r w:rsidRPr="004B04CA">
        <w:rPr>
          <w:bCs/>
          <w:color w:val="000000"/>
          <w:lang w:val="en-US"/>
        </w:rPr>
        <w:t>…………………………. Năm sinh: …………………...</w:t>
      </w:r>
    </w:p>
    <w:p w14:paraId="27475F06" w14:textId="77777777" w:rsidR="00DF5804" w:rsidRPr="004B04CA" w:rsidRDefault="00DF5804" w:rsidP="00DF5804">
      <w:pPr>
        <w:spacing w:after="0" w:line="360" w:lineRule="auto"/>
        <w:rPr>
          <w:bCs/>
          <w:color w:val="000000"/>
          <w:lang w:val="en-US"/>
        </w:rPr>
      </w:pPr>
      <w:r w:rsidRPr="004B04CA">
        <w:rPr>
          <w:bCs/>
          <w:color w:val="000000"/>
          <w:lang w:val="en-US"/>
        </w:rPr>
        <w:t>- Nghề nghiệp hiện nay: …………………….…………………………………………….</w:t>
      </w:r>
    </w:p>
    <w:p w14:paraId="78153D3F" w14:textId="77777777" w:rsidR="00DF5804" w:rsidRPr="004B04CA" w:rsidRDefault="00DF5804" w:rsidP="00DF5804">
      <w:pPr>
        <w:spacing w:after="0" w:line="360" w:lineRule="auto"/>
        <w:rPr>
          <w:bCs/>
          <w:color w:val="000000"/>
          <w:lang w:val="en-US"/>
        </w:rPr>
      </w:pPr>
      <w:r w:rsidRPr="004B04CA">
        <w:rPr>
          <w:bCs/>
          <w:color w:val="000000"/>
          <w:lang w:val="en-US"/>
        </w:rPr>
        <w:t>- Cơ quan công tác : ………………………………………………………………........</w:t>
      </w:r>
      <w:r>
        <w:rPr>
          <w:bCs/>
          <w:color w:val="000000"/>
          <w:lang w:val="en-US"/>
        </w:rPr>
        <w:t>.....</w:t>
      </w:r>
    </w:p>
    <w:p w14:paraId="04A66A01" w14:textId="00802007" w:rsidR="004B04CA" w:rsidRPr="004B04CA" w:rsidRDefault="004B04CA" w:rsidP="004B04CA">
      <w:pPr>
        <w:spacing w:after="0" w:line="360" w:lineRule="auto"/>
        <w:rPr>
          <w:bCs/>
          <w:color w:val="000000"/>
          <w:lang w:val="en-US"/>
        </w:rPr>
      </w:pPr>
      <w:r w:rsidRPr="004B04CA">
        <w:rPr>
          <w:b/>
          <w:color w:val="000000"/>
          <w:lang w:val="en-US"/>
        </w:rPr>
        <w:t xml:space="preserve">5. Họ và tên Anh/chị em ruột: </w:t>
      </w:r>
      <w:r w:rsidRPr="004B04CA">
        <w:rPr>
          <w:bCs/>
          <w:color w:val="000000"/>
          <w:lang w:val="en-US"/>
        </w:rPr>
        <w:t>…………………………. Năm sinh: …………………...</w:t>
      </w:r>
    </w:p>
    <w:p w14:paraId="7F3D5ADD" w14:textId="65AEF616" w:rsidR="004B04CA" w:rsidRPr="004B04CA" w:rsidRDefault="004B04CA" w:rsidP="004B04CA">
      <w:pPr>
        <w:spacing w:after="0" w:line="360" w:lineRule="auto"/>
        <w:rPr>
          <w:bCs/>
          <w:color w:val="000000"/>
          <w:lang w:val="en-US"/>
        </w:rPr>
      </w:pPr>
      <w:r w:rsidRPr="004B04CA">
        <w:rPr>
          <w:bCs/>
          <w:color w:val="000000"/>
          <w:lang w:val="en-US"/>
        </w:rPr>
        <w:t>- Nghề nghiệp hiện nay: …………………….…………………………………………….</w:t>
      </w:r>
    </w:p>
    <w:p w14:paraId="6FD3BA75" w14:textId="1349457D" w:rsidR="004B04CA" w:rsidRPr="004B04CA" w:rsidRDefault="004B04CA" w:rsidP="004B04CA">
      <w:pPr>
        <w:spacing w:after="0" w:line="360" w:lineRule="auto"/>
        <w:rPr>
          <w:bCs/>
          <w:color w:val="000000"/>
          <w:lang w:val="en-US"/>
        </w:rPr>
      </w:pPr>
      <w:r w:rsidRPr="004B04CA">
        <w:rPr>
          <w:bCs/>
          <w:color w:val="000000"/>
          <w:lang w:val="en-US"/>
        </w:rPr>
        <w:t>- Cơ quan công tác : ………………………………………………………………........</w:t>
      </w:r>
      <w:r w:rsidR="00DF5804">
        <w:rPr>
          <w:bCs/>
          <w:color w:val="000000"/>
          <w:lang w:val="en-US"/>
        </w:rPr>
        <w:t>.....</w:t>
      </w:r>
    </w:p>
    <w:p w14:paraId="5D77CC1C" w14:textId="77777777" w:rsidR="004B04CA" w:rsidRPr="004B04CA" w:rsidRDefault="004B04CA" w:rsidP="004B04CA">
      <w:pPr>
        <w:spacing w:after="0" w:line="360" w:lineRule="auto"/>
        <w:rPr>
          <w:b/>
          <w:color w:val="000000"/>
          <w:lang w:val="fr-FR"/>
        </w:rPr>
      </w:pPr>
      <w:r w:rsidRPr="004B04CA">
        <w:rPr>
          <w:b/>
          <w:color w:val="000000"/>
          <w:lang w:val="fr-FR"/>
        </w:rPr>
        <w:t xml:space="preserve">III. TÓM TẮT QUÁ TRÌNH ĐÀO TẠO.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2341"/>
        <w:gridCol w:w="1700"/>
        <w:gridCol w:w="2592"/>
        <w:gridCol w:w="1705"/>
      </w:tblGrid>
      <w:tr w:rsidR="004B04CA" w:rsidRPr="004B04CA" w14:paraId="1E4383AC" w14:textId="77777777" w:rsidTr="00DF5804">
        <w:trPr>
          <w:trHeight w:val="864"/>
        </w:trPr>
        <w:tc>
          <w:tcPr>
            <w:tcW w:w="815" w:type="pct"/>
            <w:tcBorders>
              <w:top w:val="single" w:sz="4" w:space="0" w:color="auto"/>
              <w:left w:val="single" w:sz="4" w:space="0" w:color="auto"/>
              <w:bottom w:val="single" w:sz="4" w:space="0" w:color="auto"/>
              <w:right w:val="single" w:sz="4" w:space="0" w:color="auto"/>
            </w:tcBorders>
            <w:vAlign w:val="center"/>
            <w:hideMark/>
          </w:tcPr>
          <w:p w14:paraId="57DE2430" w14:textId="77777777" w:rsidR="004B04CA" w:rsidRPr="004B04CA" w:rsidRDefault="004B04CA" w:rsidP="00DF5804">
            <w:pPr>
              <w:spacing w:after="0" w:line="360" w:lineRule="auto"/>
              <w:jc w:val="center"/>
              <w:rPr>
                <w:bCs/>
                <w:color w:val="000000"/>
                <w:lang w:val="fr-FR"/>
              </w:rPr>
            </w:pPr>
            <w:r w:rsidRPr="004B04CA">
              <w:rPr>
                <w:bCs/>
                <w:color w:val="000000"/>
                <w:lang w:val="fr-FR"/>
              </w:rPr>
              <w:lastRenderedPageBreak/>
              <w:t>Từ tháng năm đến tháng năm</w:t>
            </w:r>
          </w:p>
        </w:tc>
        <w:tc>
          <w:tcPr>
            <w:tcW w:w="1175" w:type="pct"/>
            <w:tcBorders>
              <w:top w:val="single" w:sz="4" w:space="0" w:color="auto"/>
              <w:left w:val="single" w:sz="4" w:space="0" w:color="auto"/>
              <w:bottom w:val="single" w:sz="4" w:space="0" w:color="auto"/>
              <w:right w:val="single" w:sz="4" w:space="0" w:color="auto"/>
            </w:tcBorders>
            <w:vAlign w:val="center"/>
            <w:hideMark/>
          </w:tcPr>
          <w:p w14:paraId="001F335D" w14:textId="77777777" w:rsidR="004B04CA" w:rsidRPr="004B04CA" w:rsidRDefault="004B04CA" w:rsidP="00DF5804">
            <w:pPr>
              <w:spacing w:after="0" w:line="360" w:lineRule="auto"/>
              <w:jc w:val="center"/>
              <w:rPr>
                <w:bCs/>
                <w:color w:val="000000"/>
                <w:lang w:val="en-US"/>
              </w:rPr>
            </w:pPr>
            <w:r w:rsidRPr="004B04CA">
              <w:rPr>
                <w:bCs/>
                <w:color w:val="000000"/>
                <w:lang w:val="en-US"/>
              </w:rPr>
              <w:t>Tên trường</w:t>
            </w:r>
          </w:p>
          <w:p w14:paraId="480215CE" w14:textId="77777777" w:rsidR="004B04CA" w:rsidRPr="004B04CA" w:rsidRDefault="004B04CA" w:rsidP="00DF5804">
            <w:pPr>
              <w:spacing w:after="0" w:line="360" w:lineRule="auto"/>
              <w:jc w:val="center"/>
              <w:rPr>
                <w:bCs/>
                <w:color w:val="000000"/>
                <w:lang w:val="en-US"/>
              </w:rPr>
            </w:pPr>
            <w:r w:rsidRPr="004B04CA">
              <w:rPr>
                <w:bCs/>
                <w:color w:val="000000"/>
                <w:lang w:val="en-US"/>
              </w:rPr>
              <w:t>hoặc cơ sở đào tạo</w:t>
            </w:r>
          </w:p>
        </w:tc>
        <w:tc>
          <w:tcPr>
            <w:tcW w:w="853" w:type="pct"/>
            <w:tcBorders>
              <w:top w:val="single" w:sz="4" w:space="0" w:color="auto"/>
              <w:left w:val="single" w:sz="4" w:space="0" w:color="auto"/>
              <w:bottom w:val="single" w:sz="4" w:space="0" w:color="auto"/>
              <w:right w:val="single" w:sz="4" w:space="0" w:color="auto"/>
            </w:tcBorders>
            <w:vAlign w:val="center"/>
            <w:hideMark/>
          </w:tcPr>
          <w:p w14:paraId="130B6152" w14:textId="77777777" w:rsidR="004B04CA" w:rsidRPr="004B04CA" w:rsidRDefault="004B04CA" w:rsidP="00DF5804">
            <w:pPr>
              <w:spacing w:after="0" w:line="360" w:lineRule="auto"/>
              <w:jc w:val="center"/>
              <w:rPr>
                <w:bCs/>
                <w:color w:val="000000"/>
                <w:lang w:val="en-US"/>
              </w:rPr>
            </w:pPr>
            <w:r w:rsidRPr="004B04CA">
              <w:rPr>
                <w:bCs/>
                <w:color w:val="000000"/>
                <w:lang w:val="en-US"/>
              </w:rPr>
              <w:t>Ngành học</w:t>
            </w:r>
          </w:p>
        </w:tc>
        <w:tc>
          <w:tcPr>
            <w:tcW w:w="1301" w:type="pct"/>
            <w:tcBorders>
              <w:top w:val="single" w:sz="4" w:space="0" w:color="auto"/>
              <w:left w:val="single" w:sz="4" w:space="0" w:color="auto"/>
              <w:bottom w:val="single" w:sz="4" w:space="0" w:color="auto"/>
              <w:right w:val="single" w:sz="4" w:space="0" w:color="auto"/>
            </w:tcBorders>
            <w:vAlign w:val="center"/>
            <w:hideMark/>
          </w:tcPr>
          <w:p w14:paraId="36A154B7" w14:textId="77777777" w:rsidR="004B04CA" w:rsidRPr="004B04CA" w:rsidRDefault="004B04CA" w:rsidP="00DF5804">
            <w:pPr>
              <w:spacing w:after="0" w:line="360" w:lineRule="auto"/>
              <w:jc w:val="center"/>
              <w:rPr>
                <w:bCs/>
                <w:color w:val="000000"/>
                <w:lang w:val="en-US"/>
              </w:rPr>
            </w:pPr>
            <w:r w:rsidRPr="004B04CA">
              <w:rPr>
                <w:bCs/>
                <w:color w:val="000000"/>
                <w:lang w:val="en-US"/>
              </w:rPr>
              <w:t>Hình thức đào tạo</w:t>
            </w:r>
          </w:p>
        </w:tc>
        <w:tc>
          <w:tcPr>
            <w:tcW w:w="856" w:type="pct"/>
            <w:tcBorders>
              <w:top w:val="single" w:sz="4" w:space="0" w:color="auto"/>
              <w:left w:val="single" w:sz="4" w:space="0" w:color="auto"/>
              <w:bottom w:val="single" w:sz="4" w:space="0" w:color="auto"/>
              <w:right w:val="single" w:sz="4" w:space="0" w:color="auto"/>
            </w:tcBorders>
            <w:vAlign w:val="center"/>
            <w:hideMark/>
          </w:tcPr>
          <w:p w14:paraId="663BC6B9" w14:textId="77777777" w:rsidR="004B04CA" w:rsidRPr="004B04CA" w:rsidRDefault="004B04CA" w:rsidP="00DF5804">
            <w:pPr>
              <w:spacing w:after="0" w:line="360" w:lineRule="auto"/>
              <w:jc w:val="center"/>
              <w:rPr>
                <w:bCs/>
                <w:color w:val="000000"/>
                <w:lang w:val="en-US"/>
              </w:rPr>
            </w:pPr>
            <w:r w:rsidRPr="004B04CA">
              <w:rPr>
                <w:bCs/>
                <w:color w:val="000000"/>
                <w:lang w:val="en-US"/>
              </w:rPr>
              <w:t>Văn bằng chứng chỉ</w:t>
            </w:r>
          </w:p>
        </w:tc>
      </w:tr>
      <w:tr w:rsidR="004B04CA" w:rsidRPr="004B04CA" w14:paraId="6856A7D2" w14:textId="77777777" w:rsidTr="00DF5804">
        <w:trPr>
          <w:trHeight w:val="435"/>
        </w:trPr>
        <w:tc>
          <w:tcPr>
            <w:tcW w:w="815" w:type="pct"/>
            <w:tcBorders>
              <w:top w:val="single" w:sz="4" w:space="0" w:color="auto"/>
              <w:left w:val="single" w:sz="4" w:space="0" w:color="auto"/>
              <w:bottom w:val="single" w:sz="4" w:space="0" w:color="auto"/>
              <w:right w:val="single" w:sz="4" w:space="0" w:color="auto"/>
            </w:tcBorders>
          </w:tcPr>
          <w:p w14:paraId="1F1F1682" w14:textId="77777777" w:rsidR="004B04CA" w:rsidRPr="004B04CA" w:rsidRDefault="004B04CA" w:rsidP="004B04CA">
            <w:pPr>
              <w:spacing w:after="0" w:line="360" w:lineRule="auto"/>
              <w:rPr>
                <w:b/>
                <w:color w:val="000000"/>
                <w:lang w:val="en-US"/>
              </w:rPr>
            </w:pPr>
          </w:p>
        </w:tc>
        <w:tc>
          <w:tcPr>
            <w:tcW w:w="1175" w:type="pct"/>
            <w:tcBorders>
              <w:top w:val="single" w:sz="4" w:space="0" w:color="auto"/>
              <w:left w:val="single" w:sz="4" w:space="0" w:color="auto"/>
              <w:bottom w:val="single" w:sz="4" w:space="0" w:color="auto"/>
              <w:right w:val="single" w:sz="4" w:space="0" w:color="auto"/>
            </w:tcBorders>
          </w:tcPr>
          <w:p w14:paraId="06AF3579" w14:textId="77777777" w:rsidR="004B04CA" w:rsidRPr="004B04CA" w:rsidRDefault="004B04CA" w:rsidP="004B04CA">
            <w:pPr>
              <w:spacing w:after="0" w:line="360" w:lineRule="auto"/>
              <w:rPr>
                <w:b/>
                <w:color w:val="000000"/>
                <w:lang w:val="en-US"/>
              </w:rPr>
            </w:pPr>
          </w:p>
        </w:tc>
        <w:tc>
          <w:tcPr>
            <w:tcW w:w="853" w:type="pct"/>
            <w:tcBorders>
              <w:top w:val="single" w:sz="4" w:space="0" w:color="auto"/>
              <w:left w:val="single" w:sz="4" w:space="0" w:color="auto"/>
              <w:bottom w:val="single" w:sz="4" w:space="0" w:color="auto"/>
              <w:right w:val="single" w:sz="4" w:space="0" w:color="auto"/>
            </w:tcBorders>
          </w:tcPr>
          <w:p w14:paraId="0AA317EF" w14:textId="77777777" w:rsidR="004B04CA" w:rsidRPr="004B04CA" w:rsidRDefault="004B04CA" w:rsidP="004B04CA">
            <w:pPr>
              <w:spacing w:after="0" w:line="360" w:lineRule="auto"/>
              <w:rPr>
                <w:b/>
                <w:color w:val="000000"/>
                <w:lang w:val="en-US"/>
              </w:rPr>
            </w:pPr>
          </w:p>
        </w:tc>
        <w:tc>
          <w:tcPr>
            <w:tcW w:w="1301" w:type="pct"/>
            <w:tcBorders>
              <w:top w:val="single" w:sz="4" w:space="0" w:color="auto"/>
              <w:left w:val="single" w:sz="4" w:space="0" w:color="auto"/>
              <w:bottom w:val="single" w:sz="4" w:space="0" w:color="auto"/>
              <w:right w:val="single" w:sz="4" w:space="0" w:color="auto"/>
            </w:tcBorders>
          </w:tcPr>
          <w:p w14:paraId="2DD9EF69" w14:textId="77777777" w:rsidR="004B04CA" w:rsidRPr="004B04CA" w:rsidRDefault="004B04CA" w:rsidP="004B04CA">
            <w:pPr>
              <w:spacing w:after="0" w:line="360" w:lineRule="auto"/>
              <w:rPr>
                <w:b/>
                <w:color w:val="000000"/>
                <w:lang w:val="en-US"/>
              </w:rPr>
            </w:pPr>
          </w:p>
        </w:tc>
        <w:tc>
          <w:tcPr>
            <w:tcW w:w="856" w:type="pct"/>
            <w:tcBorders>
              <w:top w:val="single" w:sz="4" w:space="0" w:color="auto"/>
              <w:left w:val="single" w:sz="4" w:space="0" w:color="auto"/>
              <w:bottom w:val="single" w:sz="4" w:space="0" w:color="auto"/>
              <w:right w:val="single" w:sz="4" w:space="0" w:color="auto"/>
            </w:tcBorders>
          </w:tcPr>
          <w:p w14:paraId="1CC262D8" w14:textId="77777777" w:rsidR="004B04CA" w:rsidRPr="004B04CA" w:rsidRDefault="004B04CA" w:rsidP="004B04CA">
            <w:pPr>
              <w:spacing w:after="0" w:line="360" w:lineRule="auto"/>
              <w:rPr>
                <w:b/>
                <w:color w:val="000000"/>
                <w:lang w:val="en-US"/>
              </w:rPr>
            </w:pPr>
          </w:p>
        </w:tc>
      </w:tr>
      <w:tr w:rsidR="004B04CA" w:rsidRPr="004B04CA" w14:paraId="03432A63" w14:textId="77777777" w:rsidTr="00DF5804">
        <w:trPr>
          <w:trHeight w:val="458"/>
        </w:trPr>
        <w:tc>
          <w:tcPr>
            <w:tcW w:w="815" w:type="pct"/>
            <w:tcBorders>
              <w:top w:val="single" w:sz="4" w:space="0" w:color="auto"/>
              <w:left w:val="single" w:sz="4" w:space="0" w:color="auto"/>
              <w:bottom w:val="single" w:sz="4" w:space="0" w:color="auto"/>
              <w:right w:val="single" w:sz="4" w:space="0" w:color="auto"/>
            </w:tcBorders>
          </w:tcPr>
          <w:p w14:paraId="5F711BB2" w14:textId="77777777" w:rsidR="004B04CA" w:rsidRPr="004B04CA" w:rsidRDefault="004B04CA" w:rsidP="004B04CA">
            <w:pPr>
              <w:spacing w:after="0" w:line="360" w:lineRule="auto"/>
              <w:rPr>
                <w:b/>
                <w:color w:val="000000"/>
                <w:lang w:val="en-US"/>
              </w:rPr>
            </w:pPr>
          </w:p>
        </w:tc>
        <w:tc>
          <w:tcPr>
            <w:tcW w:w="1175" w:type="pct"/>
            <w:tcBorders>
              <w:top w:val="single" w:sz="4" w:space="0" w:color="auto"/>
              <w:left w:val="single" w:sz="4" w:space="0" w:color="auto"/>
              <w:bottom w:val="single" w:sz="4" w:space="0" w:color="auto"/>
              <w:right w:val="single" w:sz="4" w:space="0" w:color="auto"/>
            </w:tcBorders>
          </w:tcPr>
          <w:p w14:paraId="114077E6" w14:textId="77777777" w:rsidR="004B04CA" w:rsidRPr="004B04CA" w:rsidRDefault="004B04CA" w:rsidP="004B04CA">
            <w:pPr>
              <w:spacing w:after="0" w:line="360" w:lineRule="auto"/>
              <w:rPr>
                <w:b/>
                <w:color w:val="000000"/>
                <w:lang w:val="en-US"/>
              </w:rPr>
            </w:pPr>
          </w:p>
        </w:tc>
        <w:tc>
          <w:tcPr>
            <w:tcW w:w="853" w:type="pct"/>
            <w:tcBorders>
              <w:top w:val="single" w:sz="4" w:space="0" w:color="auto"/>
              <w:left w:val="single" w:sz="4" w:space="0" w:color="auto"/>
              <w:bottom w:val="single" w:sz="4" w:space="0" w:color="auto"/>
              <w:right w:val="single" w:sz="4" w:space="0" w:color="auto"/>
            </w:tcBorders>
          </w:tcPr>
          <w:p w14:paraId="71446C2C" w14:textId="77777777" w:rsidR="004B04CA" w:rsidRPr="004B04CA" w:rsidRDefault="004B04CA" w:rsidP="004B04CA">
            <w:pPr>
              <w:spacing w:after="0" w:line="360" w:lineRule="auto"/>
              <w:rPr>
                <w:b/>
                <w:color w:val="000000"/>
                <w:lang w:val="en-US"/>
              </w:rPr>
            </w:pPr>
          </w:p>
        </w:tc>
        <w:tc>
          <w:tcPr>
            <w:tcW w:w="1301" w:type="pct"/>
            <w:tcBorders>
              <w:top w:val="single" w:sz="4" w:space="0" w:color="auto"/>
              <w:left w:val="single" w:sz="4" w:space="0" w:color="auto"/>
              <w:bottom w:val="single" w:sz="4" w:space="0" w:color="auto"/>
              <w:right w:val="single" w:sz="4" w:space="0" w:color="auto"/>
            </w:tcBorders>
          </w:tcPr>
          <w:p w14:paraId="68F6C7F9" w14:textId="77777777" w:rsidR="004B04CA" w:rsidRPr="004B04CA" w:rsidRDefault="004B04CA" w:rsidP="004B04CA">
            <w:pPr>
              <w:spacing w:after="0" w:line="360" w:lineRule="auto"/>
              <w:rPr>
                <w:b/>
                <w:color w:val="000000"/>
                <w:lang w:val="en-US"/>
              </w:rPr>
            </w:pPr>
          </w:p>
        </w:tc>
        <w:tc>
          <w:tcPr>
            <w:tcW w:w="856" w:type="pct"/>
            <w:tcBorders>
              <w:top w:val="single" w:sz="4" w:space="0" w:color="auto"/>
              <w:left w:val="single" w:sz="4" w:space="0" w:color="auto"/>
              <w:bottom w:val="single" w:sz="4" w:space="0" w:color="auto"/>
              <w:right w:val="single" w:sz="4" w:space="0" w:color="auto"/>
            </w:tcBorders>
          </w:tcPr>
          <w:p w14:paraId="5E627C30" w14:textId="77777777" w:rsidR="004B04CA" w:rsidRPr="004B04CA" w:rsidRDefault="004B04CA" w:rsidP="004B04CA">
            <w:pPr>
              <w:spacing w:after="0" w:line="360" w:lineRule="auto"/>
              <w:rPr>
                <w:b/>
                <w:color w:val="000000"/>
                <w:lang w:val="en-US"/>
              </w:rPr>
            </w:pPr>
          </w:p>
        </w:tc>
      </w:tr>
      <w:tr w:rsidR="004B04CA" w:rsidRPr="004B04CA" w14:paraId="3A5C93D1" w14:textId="77777777" w:rsidTr="00DF5804">
        <w:trPr>
          <w:trHeight w:val="458"/>
        </w:trPr>
        <w:tc>
          <w:tcPr>
            <w:tcW w:w="815" w:type="pct"/>
            <w:tcBorders>
              <w:top w:val="single" w:sz="4" w:space="0" w:color="auto"/>
              <w:left w:val="single" w:sz="4" w:space="0" w:color="auto"/>
              <w:bottom w:val="single" w:sz="4" w:space="0" w:color="auto"/>
              <w:right w:val="single" w:sz="4" w:space="0" w:color="auto"/>
            </w:tcBorders>
          </w:tcPr>
          <w:p w14:paraId="42BDCF7D" w14:textId="77777777" w:rsidR="004B04CA" w:rsidRPr="004B04CA" w:rsidRDefault="004B04CA" w:rsidP="004B04CA">
            <w:pPr>
              <w:spacing w:after="0" w:line="360" w:lineRule="auto"/>
              <w:rPr>
                <w:b/>
                <w:color w:val="000000"/>
                <w:lang w:val="en-US"/>
              </w:rPr>
            </w:pPr>
          </w:p>
        </w:tc>
        <w:tc>
          <w:tcPr>
            <w:tcW w:w="1175" w:type="pct"/>
            <w:tcBorders>
              <w:top w:val="single" w:sz="4" w:space="0" w:color="auto"/>
              <w:left w:val="single" w:sz="4" w:space="0" w:color="auto"/>
              <w:bottom w:val="single" w:sz="4" w:space="0" w:color="auto"/>
              <w:right w:val="single" w:sz="4" w:space="0" w:color="auto"/>
            </w:tcBorders>
          </w:tcPr>
          <w:p w14:paraId="06CDB8BF" w14:textId="77777777" w:rsidR="004B04CA" w:rsidRPr="004B04CA" w:rsidRDefault="004B04CA" w:rsidP="004B04CA">
            <w:pPr>
              <w:spacing w:after="0" w:line="360" w:lineRule="auto"/>
              <w:rPr>
                <w:b/>
                <w:color w:val="000000"/>
                <w:lang w:val="en-US"/>
              </w:rPr>
            </w:pPr>
          </w:p>
        </w:tc>
        <w:tc>
          <w:tcPr>
            <w:tcW w:w="853" w:type="pct"/>
            <w:tcBorders>
              <w:top w:val="single" w:sz="4" w:space="0" w:color="auto"/>
              <w:left w:val="single" w:sz="4" w:space="0" w:color="auto"/>
              <w:bottom w:val="single" w:sz="4" w:space="0" w:color="auto"/>
              <w:right w:val="single" w:sz="4" w:space="0" w:color="auto"/>
            </w:tcBorders>
          </w:tcPr>
          <w:p w14:paraId="1D3522B3" w14:textId="77777777" w:rsidR="004B04CA" w:rsidRPr="004B04CA" w:rsidRDefault="004B04CA" w:rsidP="004B04CA">
            <w:pPr>
              <w:spacing w:after="0" w:line="360" w:lineRule="auto"/>
              <w:rPr>
                <w:b/>
                <w:color w:val="000000"/>
                <w:lang w:val="en-US"/>
              </w:rPr>
            </w:pPr>
          </w:p>
        </w:tc>
        <w:tc>
          <w:tcPr>
            <w:tcW w:w="1301" w:type="pct"/>
            <w:tcBorders>
              <w:top w:val="single" w:sz="4" w:space="0" w:color="auto"/>
              <w:left w:val="single" w:sz="4" w:space="0" w:color="auto"/>
              <w:bottom w:val="single" w:sz="4" w:space="0" w:color="auto"/>
              <w:right w:val="single" w:sz="4" w:space="0" w:color="auto"/>
            </w:tcBorders>
          </w:tcPr>
          <w:p w14:paraId="1A80E00E" w14:textId="77777777" w:rsidR="004B04CA" w:rsidRPr="004B04CA" w:rsidRDefault="004B04CA" w:rsidP="004B04CA">
            <w:pPr>
              <w:spacing w:after="0" w:line="360" w:lineRule="auto"/>
              <w:rPr>
                <w:b/>
                <w:color w:val="000000"/>
                <w:lang w:val="en-US"/>
              </w:rPr>
            </w:pPr>
          </w:p>
        </w:tc>
        <w:tc>
          <w:tcPr>
            <w:tcW w:w="856" w:type="pct"/>
            <w:tcBorders>
              <w:top w:val="single" w:sz="4" w:space="0" w:color="auto"/>
              <w:left w:val="single" w:sz="4" w:space="0" w:color="auto"/>
              <w:bottom w:val="single" w:sz="4" w:space="0" w:color="auto"/>
              <w:right w:val="single" w:sz="4" w:space="0" w:color="auto"/>
            </w:tcBorders>
          </w:tcPr>
          <w:p w14:paraId="5D20474F" w14:textId="77777777" w:rsidR="004B04CA" w:rsidRPr="004B04CA" w:rsidRDefault="004B04CA" w:rsidP="004B04CA">
            <w:pPr>
              <w:spacing w:after="0" w:line="360" w:lineRule="auto"/>
              <w:rPr>
                <w:b/>
                <w:color w:val="000000"/>
                <w:lang w:val="en-US"/>
              </w:rPr>
            </w:pPr>
          </w:p>
        </w:tc>
      </w:tr>
      <w:tr w:rsidR="004B04CA" w:rsidRPr="004B04CA" w14:paraId="70306AC3" w14:textId="77777777" w:rsidTr="00DF5804">
        <w:trPr>
          <w:trHeight w:val="435"/>
        </w:trPr>
        <w:tc>
          <w:tcPr>
            <w:tcW w:w="815" w:type="pct"/>
            <w:tcBorders>
              <w:top w:val="single" w:sz="4" w:space="0" w:color="auto"/>
              <w:left w:val="single" w:sz="4" w:space="0" w:color="auto"/>
              <w:bottom w:val="single" w:sz="4" w:space="0" w:color="auto"/>
              <w:right w:val="single" w:sz="4" w:space="0" w:color="auto"/>
            </w:tcBorders>
          </w:tcPr>
          <w:p w14:paraId="0C9F84E8" w14:textId="77777777" w:rsidR="004B04CA" w:rsidRPr="004B04CA" w:rsidRDefault="004B04CA" w:rsidP="004B04CA">
            <w:pPr>
              <w:spacing w:after="0" w:line="360" w:lineRule="auto"/>
              <w:rPr>
                <w:b/>
                <w:color w:val="000000"/>
                <w:lang w:val="en-US"/>
              </w:rPr>
            </w:pPr>
          </w:p>
        </w:tc>
        <w:tc>
          <w:tcPr>
            <w:tcW w:w="1175" w:type="pct"/>
            <w:tcBorders>
              <w:top w:val="single" w:sz="4" w:space="0" w:color="auto"/>
              <w:left w:val="single" w:sz="4" w:space="0" w:color="auto"/>
              <w:bottom w:val="single" w:sz="4" w:space="0" w:color="auto"/>
              <w:right w:val="single" w:sz="4" w:space="0" w:color="auto"/>
            </w:tcBorders>
          </w:tcPr>
          <w:p w14:paraId="5EBA72CC" w14:textId="77777777" w:rsidR="004B04CA" w:rsidRPr="004B04CA" w:rsidRDefault="004B04CA" w:rsidP="004B04CA">
            <w:pPr>
              <w:spacing w:after="0" w:line="360" w:lineRule="auto"/>
              <w:rPr>
                <w:b/>
                <w:color w:val="000000"/>
                <w:lang w:val="en-US"/>
              </w:rPr>
            </w:pPr>
          </w:p>
        </w:tc>
        <w:tc>
          <w:tcPr>
            <w:tcW w:w="853" w:type="pct"/>
            <w:tcBorders>
              <w:top w:val="single" w:sz="4" w:space="0" w:color="auto"/>
              <w:left w:val="single" w:sz="4" w:space="0" w:color="auto"/>
              <w:bottom w:val="single" w:sz="4" w:space="0" w:color="auto"/>
              <w:right w:val="single" w:sz="4" w:space="0" w:color="auto"/>
            </w:tcBorders>
          </w:tcPr>
          <w:p w14:paraId="31D2F6FE" w14:textId="77777777" w:rsidR="004B04CA" w:rsidRPr="004B04CA" w:rsidRDefault="004B04CA" w:rsidP="004B04CA">
            <w:pPr>
              <w:spacing w:after="0" w:line="360" w:lineRule="auto"/>
              <w:rPr>
                <w:b/>
                <w:color w:val="000000"/>
                <w:lang w:val="en-US"/>
              </w:rPr>
            </w:pPr>
          </w:p>
        </w:tc>
        <w:tc>
          <w:tcPr>
            <w:tcW w:w="1301" w:type="pct"/>
            <w:tcBorders>
              <w:top w:val="single" w:sz="4" w:space="0" w:color="auto"/>
              <w:left w:val="single" w:sz="4" w:space="0" w:color="auto"/>
              <w:bottom w:val="single" w:sz="4" w:space="0" w:color="auto"/>
              <w:right w:val="single" w:sz="4" w:space="0" w:color="auto"/>
            </w:tcBorders>
          </w:tcPr>
          <w:p w14:paraId="055A43EC" w14:textId="77777777" w:rsidR="004B04CA" w:rsidRPr="004B04CA" w:rsidRDefault="004B04CA" w:rsidP="004B04CA">
            <w:pPr>
              <w:spacing w:after="0" w:line="360" w:lineRule="auto"/>
              <w:rPr>
                <w:b/>
                <w:color w:val="000000"/>
                <w:lang w:val="en-US"/>
              </w:rPr>
            </w:pPr>
          </w:p>
        </w:tc>
        <w:tc>
          <w:tcPr>
            <w:tcW w:w="856" w:type="pct"/>
            <w:tcBorders>
              <w:top w:val="single" w:sz="4" w:space="0" w:color="auto"/>
              <w:left w:val="single" w:sz="4" w:space="0" w:color="auto"/>
              <w:bottom w:val="single" w:sz="4" w:space="0" w:color="auto"/>
              <w:right w:val="single" w:sz="4" w:space="0" w:color="auto"/>
            </w:tcBorders>
          </w:tcPr>
          <w:p w14:paraId="72EC5972" w14:textId="77777777" w:rsidR="004B04CA" w:rsidRPr="004B04CA" w:rsidRDefault="004B04CA" w:rsidP="004B04CA">
            <w:pPr>
              <w:spacing w:after="0" w:line="360" w:lineRule="auto"/>
              <w:rPr>
                <w:b/>
                <w:color w:val="000000"/>
                <w:lang w:val="en-US"/>
              </w:rPr>
            </w:pPr>
          </w:p>
        </w:tc>
      </w:tr>
      <w:tr w:rsidR="004B04CA" w:rsidRPr="004B04CA" w14:paraId="08746C43" w14:textId="77777777" w:rsidTr="00DF5804">
        <w:trPr>
          <w:trHeight w:val="458"/>
        </w:trPr>
        <w:tc>
          <w:tcPr>
            <w:tcW w:w="815" w:type="pct"/>
            <w:tcBorders>
              <w:top w:val="single" w:sz="4" w:space="0" w:color="auto"/>
              <w:left w:val="single" w:sz="4" w:space="0" w:color="auto"/>
              <w:bottom w:val="single" w:sz="4" w:space="0" w:color="auto"/>
              <w:right w:val="single" w:sz="4" w:space="0" w:color="auto"/>
            </w:tcBorders>
          </w:tcPr>
          <w:p w14:paraId="0C7CC0E4" w14:textId="77777777" w:rsidR="004B04CA" w:rsidRPr="004B04CA" w:rsidRDefault="004B04CA" w:rsidP="004B04CA">
            <w:pPr>
              <w:spacing w:after="0" w:line="360" w:lineRule="auto"/>
              <w:rPr>
                <w:b/>
                <w:color w:val="000000"/>
                <w:lang w:val="en-US"/>
              </w:rPr>
            </w:pPr>
          </w:p>
        </w:tc>
        <w:tc>
          <w:tcPr>
            <w:tcW w:w="1175" w:type="pct"/>
            <w:tcBorders>
              <w:top w:val="single" w:sz="4" w:space="0" w:color="auto"/>
              <w:left w:val="single" w:sz="4" w:space="0" w:color="auto"/>
              <w:bottom w:val="single" w:sz="4" w:space="0" w:color="auto"/>
              <w:right w:val="single" w:sz="4" w:space="0" w:color="auto"/>
            </w:tcBorders>
          </w:tcPr>
          <w:p w14:paraId="29009CA8" w14:textId="77777777" w:rsidR="004B04CA" w:rsidRPr="004B04CA" w:rsidRDefault="004B04CA" w:rsidP="004B04CA">
            <w:pPr>
              <w:spacing w:after="0" w:line="360" w:lineRule="auto"/>
              <w:rPr>
                <w:b/>
                <w:color w:val="000000"/>
                <w:lang w:val="en-US"/>
              </w:rPr>
            </w:pPr>
          </w:p>
        </w:tc>
        <w:tc>
          <w:tcPr>
            <w:tcW w:w="853" w:type="pct"/>
            <w:tcBorders>
              <w:top w:val="single" w:sz="4" w:space="0" w:color="auto"/>
              <w:left w:val="single" w:sz="4" w:space="0" w:color="auto"/>
              <w:bottom w:val="single" w:sz="4" w:space="0" w:color="auto"/>
              <w:right w:val="single" w:sz="4" w:space="0" w:color="auto"/>
            </w:tcBorders>
          </w:tcPr>
          <w:p w14:paraId="1786AADB" w14:textId="77777777" w:rsidR="004B04CA" w:rsidRPr="004B04CA" w:rsidRDefault="004B04CA" w:rsidP="004B04CA">
            <w:pPr>
              <w:spacing w:after="0" w:line="360" w:lineRule="auto"/>
              <w:rPr>
                <w:b/>
                <w:color w:val="000000"/>
                <w:lang w:val="en-US"/>
              </w:rPr>
            </w:pPr>
          </w:p>
        </w:tc>
        <w:tc>
          <w:tcPr>
            <w:tcW w:w="1301" w:type="pct"/>
            <w:tcBorders>
              <w:top w:val="single" w:sz="4" w:space="0" w:color="auto"/>
              <w:left w:val="single" w:sz="4" w:space="0" w:color="auto"/>
              <w:bottom w:val="single" w:sz="4" w:space="0" w:color="auto"/>
              <w:right w:val="single" w:sz="4" w:space="0" w:color="auto"/>
            </w:tcBorders>
          </w:tcPr>
          <w:p w14:paraId="24555486" w14:textId="77777777" w:rsidR="004B04CA" w:rsidRPr="004B04CA" w:rsidRDefault="004B04CA" w:rsidP="004B04CA">
            <w:pPr>
              <w:spacing w:after="0" w:line="360" w:lineRule="auto"/>
              <w:rPr>
                <w:b/>
                <w:color w:val="000000"/>
                <w:lang w:val="en-US"/>
              </w:rPr>
            </w:pPr>
          </w:p>
        </w:tc>
        <w:tc>
          <w:tcPr>
            <w:tcW w:w="856" w:type="pct"/>
            <w:tcBorders>
              <w:top w:val="single" w:sz="4" w:space="0" w:color="auto"/>
              <w:left w:val="single" w:sz="4" w:space="0" w:color="auto"/>
              <w:bottom w:val="single" w:sz="4" w:space="0" w:color="auto"/>
              <w:right w:val="single" w:sz="4" w:space="0" w:color="auto"/>
            </w:tcBorders>
          </w:tcPr>
          <w:p w14:paraId="78985EA9" w14:textId="77777777" w:rsidR="004B04CA" w:rsidRPr="004B04CA" w:rsidRDefault="004B04CA" w:rsidP="004B04CA">
            <w:pPr>
              <w:spacing w:after="0" w:line="360" w:lineRule="auto"/>
              <w:rPr>
                <w:b/>
                <w:color w:val="000000"/>
                <w:lang w:val="en-US"/>
              </w:rPr>
            </w:pPr>
          </w:p>
        </w:tc>
      </w:tr>
    </w:tbl>
    <w:p w14:paraId="00423A57" w14:textId="77777777" w:rsidR="004B04CA" w:rsidRPr="004B04CA" w:rsidRDefault="004B04CA" w:rsidP="004B04CA">
      <w:pPr>
        <w:spacing w:after="0" w:line="360" w:lineRule="auto"/>
        <w:rPr>
          <w:b/>
          <w:color w:val="000000"/>
          <w:lang w:val="fr-FR"/>
        </w:rPr>
      </w:pPr>
      <w:r w:rsidRPr="004B04CA">
        <w:rPr>
          <w:b/>
          <w:color w:val="000000"/>
          <w:lang w:val="fr-FR"/>
        </w:rPr>
        <w:t>IV. TÓM TẮT QUÁ TRÌNH CÔNG TÁC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9"/>
        <w:gridCol w:w="5312"/>
        <w:gridCol w:w="2421"/>
      </w:tblGrid>
      <w:tr w:rsidR="004B04CA" w:rsidRPr="004B04CA" w14:paraId="709C6ACB" w14:textId="77777777" w:rsidTr="004B04CA">
        <w:trPr>
          <w:trHeight w:val="864"/>
        </w:trPr>
        <w:tc>
          <w:tcPr>
            <w:tcW w:w="1119" w:type="pct"/>
            <w:tcBorders>
              <w:top w:val="single" w:sz="4" w:space="0" w:color="auto"/>
              <w:left w:val="single" w:sz="4" w:space="0" w:color="auto"/>
              <w:bottom w:val="single" w:sz="4" w:space="0" w:color="auto"/>
              <w:right w:val="single" w:sz="4" w:space="0" w:color="auto"/>
            </w:tcBorders>
            <w:vAlign w:val="center"/>
            <w:hideMark/>
          </w:tcPr>
          <w:p w14:paraId="07C4C964" w14:textId="77777777" w:rsidR="004B04CA" w:rsidRPr="004B04CA" w:rsidRDefault="004B04CA" w:rsidP="004B04CA">
            <w:pPr>
              <w:spacing w:after="0" w:line="360" w:lineRule="auto"/>
              <w:jc w:val="center"/>
              <w:rPr>
                <w:b/>
                <w:color w:val="000000"/>
                <w:lang w:val="fr-FR"/>
              </w:rPr>
            </w:pPr>
            <w:r w:rsidRPr="004B04CA">
              <w:rPr>
                <w:b/>
                <w:color w:val="000000"/>
                <w:lang w:val="fr-FR"/>
              </w:rPr>
              <w:t>Từ tháng năm đến tháng năm</w:t>
            </w:r>
          </w:p>
        </w:tc>
        <w:tc>
          <w:tcPr>
            <w:tcW w:w="2666" w:type="pct"/>
            <w:tcBorders>
              <w:top w:val="single" w:sz="4" w:space="0" w:color="auto"/>
              <w:left w:val="single" w:sz="4" w:space="0" w:color="auto"/>
              <w:bottom w:val="single" w:sz="4" w:space="0" w:color="auto"/>
              <w:right w:val="single" w:sz="4" w:space="0" w:color="auto"/>
            </w:tcBorders>
            <w:vAlign w:val="center"/>
            <w:hideMark/>
          </w:tcPr>
          <w:p w14:paraId="236EB422" w14:textId="77777777" w:rsidR="004B04CA" w:rsidRPr="004B04CA" w:rsidRDefault="004B04CA" w:rsidP="004B04CA">
            <w:pPr>
              <w:spacing w:after="0" w:line="360" w:lineRule="auto"/>
              <w:jc w:val="center"/>
              <w:rPr>
                <w:b/>
                <w:color w:val="000000"/>
                <w:lang w:val="en-US"/>
              </w:rPr>
            </w:pPr>
            <w:r w:rsidRPr="004B04CA">
              <w:rPr>
                <w:b/>
                <w:color w:val="000000"/>
                <w:lang w:val="en-US"/>
              </w:rPr>
              <w:t>Đơn vị công tác</w:t>
            </w:r>
          </w:p>
        </w:tc>
        <w:tc>
          <w:tcPr>
            <w:tcW w:w="1215" w:type="pct"/>
            <w:tcBorders>
              <w:top w:val="single" w:sz="4" w:space="0" w:color="auto"/>
              <w:left w:val="single" w:sz="4" w:space="0" w:color="auto"/>
              <w:bottom w:val="single" w:sz="4" w:space="0" w:color="auto"/>
              <w:right w:val="single" w:sz="4" w:space="0" w:color="auto"/>
            </w:tcBorders>
            <w:vAlign w:val="center"/>
            <w:hideMark/>
          </w:tcPr>
          <w:p w14:paraId="6901440C" w14:textId="77777777" w:rsidR="004B04CA" w:rsidRPr="004B04CA" w:rsidRDefault="004B04CA" w:rsidP="004B04CA">
            <w:pPr>
              <w:spacing w:after="0" w:line="360" w:lineRule="auto"/>
              <w:jc w:val="center"/>
              <w:rPr>
                <w:b/>
                <w:color w:val="000000"/>
                <w:lang w:val="en-US"/>
              </w:rPr>
            </w:pPr>
            <w:r w:rsidRPr="004B04CA">
              <w:rPr>
                <w:b/>
                <w:color w:val="000000"/>
                <w:lang w:val="en-US"/>
              </w:rPr>
              <w:t>Chức vụ</w:t>
            </w:r>
          </w:p>
        </w:tc>
      </w:tr>
      <w:tr w:rsidR="004B04CA" w:rsidRPr="004B04CA" w14:paraId="7A81CB72" w14:textId="77777777" w:rsidTr="004B04CA">
        <w:trPr>
          <w:trHeight w:val="435"/>
        </w:trPr>
        <w:tc>
          <w:tcPr>
            <w:tcW w:w="1119" w:type="pct"/>
            <w:tcBorders>
              <w:top w:val="single" w:sz="4" w:space="0" w:color="auto"/>
              <w:left w:val="single" w:sz="4" w:space="0" w:color="auto"/>
              <w:bottom w:val="single" w:sz="4" w:space="0" w:color="auto"/>
              <w:right w:val="single" w:sz="4" w:space="0" w:color="auto"/>
            </w:tcBorders>
          </w:tcPr>
          <w:p w14:paraId="3BB9DB97" w14:textId="77777777" w:rsidR="004B04CA" w:rsidRPr="004B04CA" w:rsidRDefault="004B04CA" w:rsidP="004B04CA">
            <w:pPr>
              <w:spacing w:after="0" w:line="360" w:lineRule="auto"/>
              <w:rPr>
                <w:b/>
                <w:color w:val="000000"/>
                <w:lang w:val="en-US"/>
              </w:rPr>
            </w:pPr>
          </w:p>
        </w:tc>
        <w:tc>
          <w:tcPr>
            <w:tcW w:w="2666" w:type="pct"/>
            <w:tcBorders>
              <w:top w:val="single" w:sz="4" w:space="0" w:color="auto"/>
              <w:left w:val="single" w:sz="4" w:space="0" w:color="auto"/>
              <w:bottom w:val="single" w:sz="4" w:space="0" w:color="auto"/>
              <w:right w:val="single" w:sz="4" w:space="0" w:color="auto"/>
            </w:tcBorders>
          </w:tcPr>
          <w:p w14:paraId="642A14C8" w14:textId="77777777" w:rsidR="004B04CA" w:rsidRPr="004B04CA" w:rsidRDefault="004B04CA" w:rsidP="004B04CA">
            <w:pPr>
              <w:spacing w:after="0" w:line="360" w:lineRule="auto"/>
              <w:rPr>
                <w:b/>
                <w:color w:val="000000"/>
                <w:lang w:val="en-US"/>
              </w:rPr>
            </w:pPr>
          </w:p>
        </w:tc>
        <w:tc>
          <w:tcPr>
            <w:tcW w:w="1215" w:type="pct"/>
            <w:tcBorders>
              <w:top w:val="single" w:sz="4" w:space="0" w:color="auto"/>
              <w:left w:val="single" w:sz="4" w:space="0" w:color="auto"/>
              <w:bottom w:val="single" w:sz="4" w:space="0" w:color="auto"/>
              <w:right w:val="single" w:sz="4" w:space="0" w:color="auto"/>
            </w:tcBorders>
          </w:tcPr>
          <w:p w14:paraId="3D6C3032" w14:textId="77777777" w:rsidR="004B04CA" w:rsidRPr="004B04CA" w:rsidRDefault="004B04CA" w:rsidP="004B04CA">
            <w:pPr>
              <w:spacing w:after="0" w:line="360" w:lineRule="auto"/>
              <w:rPr>
                <w:b/>
                <w:color w:val="000000"/>
                <w:lang w:val="en-US"/>
              </w:rPr>
            </w:pPr>
          </w:p>
        </w:tc>
      </w:tr>
      <w:tr w:rsidR="004B04CA" w:rsidRPr="004B04CA" w14:paraId="2547B17D" w14:textId="77777777" w:rsidTr="004B04CA">
        <w:trPr>
          <w:trHeight w:val="458"/>
        </w:trPr>
        <w:tc>
          <w:tcPr>
            <w:tcW w:w="1119" w:type="pct"/>
            <w:tcBorders>
              <w:top w:val="single" w:sz="4" w:space="0" w:color="auto"/>
              <w:left w:val="single" w:sz="4" w:space="0" w:color="auto"/>
              <w:bottom w:val="single" w:sz="4" w:space="0" w:color="auto"/>
              <w:right w:val="single" w:sz="4" w:space="0" w:color="auto"/>
            </w:tcBorders>
          </w:tcPr>
          <w:p w14:paraId="6066DA16" w14:textId="77777777" w:rsidR="004B04CA" w:rsidRPr="004B04CA" w:rsidRDefault="004B04CA" w:rsidP="004B04CA">
            <w:pPr>
              <w:spacing w:after="0" w:line="360" w:lineRule="auto"/>
              <w:rPr>
                <w:b/>
                <w:color w:val="000000"/>
                <w:lang w:val="en-US"/>
              </w:rPr>
            </w:pPr>
          </w:p>
        </w:tc>
        <w:tc>
          <w:tcPr>
            <w:tcW w:w="2666" w:type="pct"/>
            <w:tcBorders>
              <w:top w:val="single" w:sz="4" w:space="0" w:color="auto"/>
              <w:left w:val="single" w:sz="4" w:space="0" w:color="auto"/>
              <w:bottom w:val="single" w:sz="4" w:space="0" w:color="auto"/>
              <w:right w:val="single" w:sz="4" w:space="0" w:color="auto"/>
            </w:tcBorders>
          </w:tcPr>
          <w:p w14:paraId="64C959A1" w14:textId="77777777" w:rsidR="004B04CA" w:rsidRPr="004B04CA" w:rsidRDefault="004B04CA" w:rsidP="004B04CA">
            <w:pPr>
              <w:spacing w:after="0" w:line="360" w:lineRule="auto"/>
              <w:rPr>
                <w:b/>
                <w:color w:val="000000"/>
                <w:lang w:val="en-US"/>
              </w:rPr>
            </w:pPr>
          </w:p>
        </w:tc>
        <w:tc>
          <w:tcPr>
            <w:tcW w:w="1215" w:type="pct"/>
            <w:tcBorders>
              <w:top w:val="single" w:sz="4" w:space="0" w:color="auto"/>
              <w:left w:val="single" w:sz="4" w:space="0" w:color="auto"/>
              <w:bottom w:val="single" w:sz="4" w:space="0" w:color="auto"/>
              <w:right w:val="single" w:sz="4" w:space="0" w:color="auto"/>
            </w:tcBorders>
          </w:tcPr>
          <w:p w14:paraId="1B8054F3" w14:textId="77777777" w:rsidR="004B04CA" w:rsidRPr="004B04CA" w:rsidRDefault="004B04CA" w:rsidP="004B04CA">
            <w:pPr>
              <w:spacing w:after="0" w:line="360" w:lineRule="auto"/>
              <w:rPr>
                <w:b/>
                <w:color w:val="000000"/>
                <w:lang w:val="en-US"/>
              </w:rPr>
            </w:pPr>
          </w:p>
        </w:tc>
      </w:tr>
      <w:tr w:rsidR="004B04CA" w:rsidRPr="004B04CA" w14:paraId="0274AFC2" w14:textId="77777777" w:rsidTr="004B04CA">
        <w:trPr>
          <w:trHeight w:val="458"/>
        </w:trPr>
        <w:tc>
          <w:tcPr>
            <w:tcW w:w="1119" w:type="pct"/>
            <w:tcBorders>
              <w:top w:val="single" w:sz="4" w:space="0" w:color="auto"/>
              <w:left w:val="single" w:sz="4" w:space="0" w:color="auto"/>
              <w:bottom w:val="single" w:sz="4" w:space="0" w:color="auto"/>
              <w:right w:val="single" w:sz="4" w:space="0" w:color="auto"/>
            </w:tcBorders>
          </w:tcPr>
          <w:p w14:paraId="4A70DFA0" w14:textId="77777777" w:rsidR="004B04CA" w:rsidRPr="004B04CA" w:rsidRDefault="004B04CA" w:rsidP="004B04CA">
            <w:pPr>
              <w:spacing w:after="0" w:line="360" w:lineRule="auto"/>
              <w:rPr>
                <w:b/>
                <w:color w:val="000000"/>
                <w:lang w:val="en-US"/>
              </w:rPr>
            </w:pPr>
          </w:p>
        </w:tc>
        <w:tc>
          <w:tcPr>
            <w:tcW w:w="2666" w:type="pct"/>
            <w:tcBorders>
              <w:top w:val="single" w:sz="4" w:space="0" w:color="auto"/>
              <w:left w:val="single" w:sz="4" w:space="0" w:color="auto"/>
              <w:bottom w:val="single" w:sz="4" w:space="0" w:color="auto"/>
              <w:right w:val="single" w:sz="4" w:space="0" w:color="auto"/>
            </w:tcBorders>
          </w:tcPr>
          <w:p w14:paraId="673FE772" w14:textId="77777777" w:rsidR="004B04CA" w:rsidRPr="004B04CA" w:rsidRDefault="004B04CA" w:rsidP="004B04CA">
            <w:pPr>
              <w:spacing w:after="0" w:line="360" w:lineRule="auto"/>
              <w:rPr>
                <w:b/>
                <w:color w:val="000000"/>
                <w:lang w:val="en-US"/>
              </w:rPr>
            </w:pPr>
          </w:p>
        </w:tc>
        <w:tc>
          <w:tcPr>
            <w:tcW w:w="1215" w:type="pct"/>
            <w:tcBorders>
              <w:top w:val="single" w:sz="4" w:space="0" w:color="auto"/>
              <w:left w:val="single" w:sz="4" w:space="0" w:color="auto"/>
              <w:bottom w:val="single" w:sz="4" w:space="0" w:color="auto"/>
              <w:right w:val="single" w:sz="4" w:space="0" w:color="auto"/>
            </w:tcBorders>
          </w:tcPr>
          <w:p w14:paraId="199EF6F4" w14:textId="77777777" w:rsidR="004B04CA" w:rsidRPr="004B04CA" w:rsidRDefault="004B04CA" w:rsidP="004B04CA">
            <w:pPr>
              <w:spacing w:after="0" w:line="360" w:lineRule="auto"/>
              <w:rPr>
                <w:b/>
                <w:color w:val="000000"/>
                <w:lang w:val="en-US"/>
              </w:rPr>
            </w:pPr>
          </w:p>
        </w:tc>
      </w:tr>
      <w:tr w:rsidR="004B04CA" w:rsidRPr="004B04CA" w14:paraId="6B5250A4" w14:textId="77777777" w:rsidTr="004B04CA">
        <w:trPr>
          <w:trHeight w:val="435"/>
        </w:trPr>
        <w:tc>
          <w:tcPr>
            <w:tcW w:w="1119" w:type="pct"/>
            <w:tcBorders>
              <w:top w:val="single" w:sz="4" w:space="0" w:color="auto"/>
              <w:left w:val="single" w:sz="4" w:space="0" w:color="auto"/>
              <w:bottom w:val="single" w:sz="4" w:space="0" w:color="auto"/>
              <w:right w:val="single" w:sz="4" w:space="0" w:color="auto"/>
            </w:tcBorders>
          </w:tcPr>
          <w:p w14:paraId="51875308" w14:textId="77777777" w:rsidR="004B04CA" w:rsidRPr="004B04CA" w:rsidRDefault="004B04CA" w:rsidP="004B04CA">
            <w:pPr>
              <w:spacing w:after="0" w:line="360" w:lineRule="auto"/>
              <w:rPr>
                <w:b/>
                <w:color w:val="000000"/>
                <w:lang w:val="en-US"/>
              </w:rPr>
            </w:pPr>
          </w:p>
        </w:tc>
        <w:tc>
          <w:tcPr>
            <w:tcW w:w="2666" w:type="pct"/>
            <w:tcBorders>
              <w:top w:val="single" w:sz="4" w:space="0" w:color="auto"/>
              <w:left w:val="single" w:sz="4" w:space="0" w:color="auto"/>
              <w:bottom w:val="single" w:sz="4" w:space="0" w:color="auto"/>
              <w:right w:val="single" w:sz="4" w:space="0" w:color="auto"/>
            </w:tcBorders>
          </w:tcPr>
          <w:p w14:paraId="4F894488" w14:textId="77777777" w:rsidR="004B04CA" w:rsidRPr="004B04CA" w:rsidRDefault="004B04CA" w:rsidP="004B04CA">
            <w:pPr>
              <w:spacing w:after="0" w:line="360" w:lineRule="auto"/>
              <w:rPr>
                <w:b/>
                <w:color w:val="000000"/>
                <w:lang w:val="en-US"/>
              </w:rPr>
            </w:pPr>
          </w:p>
        </w:tc>
        <w:tc>
          <w:tcPr>
            <w:tcW w:w="1215" w:type="pct"/>
            <w:tcBorders>
              <w:top w:val="single" w:sz="4" w:space="0" w:color="auto"/>
              <w:left w:val="single" w:sz="4" w:space="0" w:color="auto"/>
              <w:bottom w:val="single" w:sz="4" w:space="0" w:color="auto"/>
              <w:right w:val="single" w:sz="4" w:space="0" w:color="auto"/>
            </w:tcBorders>
          </w:tcPr>
          <w:p w14:paraId="6016F217" w14:textId="77777777" w:rsidR="004B04CA" w:rsidRPr="004B04CA" w:rsidRDefault="004B04CA" w:rsidP="004B04CA">
            <w:pPr>
              <w:spacing w:after="0" w:line="360" w:lineRule="auto"/>
              <w:rPr>
                <w:b/>
                <w:color w:val="000000"/>
                <w:lang w:val="en-US"/>
              </w:rPr>
            </w:pPr>
          </w:p>
        </w:tc>
      </w:tr>
    </w:tbl>
    <w:p w14:paraId="3892D206" w14:textId="0020A6B8" w:rsidR="004B04CA" w:rsidRPr="004B04CA" w:rsidRDefault="004B04CA" w:rsidP="004B04CA">
      <w:pPr>
        <w:spacing w:after="0" w:line="360" w:lineRule="auto"/>
        <w:rPr>
          <w:bCs/>
          <w:color w:val="000000"/>
          <w:lang w:val="en-US"/>
        </w:rPr>
      </w:pPr>
      <w:r w:rsidRPr="004B04CA">
        <w:rPr>
          <w:bCs/>
          <w:color w:val="000000"/>
          <w:lang w:val="en-US"/>
        </w:rPr>
        <w:t>Tôi xin cam đoan bản khai sơ yếu lý lịch trên đúng sự thật, nếu có điều gì không đúng tôi chịu trách nhiệm trước pháp luật về lời khai của mình.</w:t>
      </w:r>
    </w:p>
    <w:p w14:paraId="788F6B78" w14:textId="225709D3" w:rsidR="004B04CA" w:rsidRPr="004B04CA" w:rsidRDefault="004B04CA" w:rsidP="004B04CA">
      <w:pPr>
        <w:spacing w:after="0" w:line="360" w:lineRule="auto"/>
        <w:jc w:val="right"/>
        <w:rPr>
          <w:bCs/>
          <w:i/>
          <w:color w:val="000000"/>
          <w:lang w:val="en-US"/>
        </w:rPr>
      </w:pPr>
      <w:r w:rsidRPr="004B04CA">
        <w:rPr>
          <w:bCs/>
          <w:i/>
          <w:color w:val="000000"/>
          <w:lang w:val="en-US"/>
        </w:rPr>
        <w:t>Tp……..………, ngày ……tháng ……năm 20..…</w:t>
      </w:r>
    </w:p>
    <w:tbl>
      <w:tblPr>
        <w:tblW w:w="5000" w:type="pct"/>
        <w:tblLook w:val="04A0" w:firstRow="1" w:lastRow="0" w:firstColumn="1" w:lastColumn="0" w:noHBand="0" w:noVBand="1"/>
      </w:tblPr>
      <w:tblGrid>
        <w:gridCol w:w="5066"/>
        <w:gridCol w:w="4906"/>
      </w:tblGrid>
      <w:tr w:rsidR="004B04CA" w:rsidRPr="004B04CA" w14:paraId="21CB2F55" w14:textId="77777777" w:rsidTr="004B04CA">
        <w:tc>
          <w:tcPr>
            <w:tcW w:w="2540" w:type="pct"/>
            <w:hideMark/>
          </w:tcPr>
          <w:p w14:paraId="311AC106" w14:textId="77777777" w:rsidR="004B04CA" w:rsidRPr="004B04CA" w:rsidRDefault="004B04CA" w:rsidP="004B04CA">
            <w:pPr>
              <w:spacing w:after="0" w:line="360" w:lineRule="auto"/>
              <w:rPr>
                <w:b/>
                <w:color w:val="000000"/>
                <w:lang w:val="en-US"/>
              </w:rPr>
            </w:pPr>
            <w:r w:rsidRPr="004B04CA">
              <w:rPr>
                <w:b/>
                <w:color w:val="000000"/>
                <w:lang w:val="en-US"/>
              </w:rPr>
              <w:t xml:space="preserve"> Xác nhận của cơ quan đang công tác </w:t>
            </w:r>
          </w:p>
          <w:p w14:paraId="6A6BC258" w14:textId="77777777" w:rsidR="004B04CA" w:rsidRPr="004B04CA" w:rsidRDefault="004B04CA" w:rsidP="004B04CA">
            <w:pPr>
              <w:spacing w:after="0" w:line="360" w:lineRule="auto"/>
              <w:rPr>
                <w:b/>
                <w:color w:val="000000"/>
                <w:lang w:val="en-US"/>
              </w:rPr>
            </w:pPr>
            <w:r w:rsidRPr="004B04CA">
              <w:rPr>
                <w:b/>
                <w:color w:val="000000"/>
                <w:lang w:val="en-US"/>
              </w:rPr>
              <w:t>hoặc địa phương nơi đăng ký hộ khẩu</w:t>
            </w:r>
          </w:p>
          <w:p w14:paraId="430B8887" w14:textId="77777777" w:rsidR="004B04CA" w:rsidRPr="004B04CA" w:rsidRDefault="004B04CA" w:rsidP="004B04CA">
            <w:pPr>
              <w:spacing w:after="0" w:line="360" w:lineRule="auto"/>
              <w:rPr>
                <w:bCs/>
                <w:color w:val="000000"/>
                <w:lang w:val="en-US"/>
              </w:rPr>
            </w:pPr>
            <w:r w:rsidRPr="004B04CA">
              <w:rPr>
                <w:bCs/>
                <w:color w:val="000000"/>
                <w:lang w:val="en-US"/>
              </w:rPr>
              <w:t>……………………………………………</w:t>
            </w:r>
          </w:p>
          <w:p w14:paraId="2C8185BA" w14:textId="77777777" w:rsidR="004B04CA" w:rsidRPr="004B04CA" w:rsidRDefault="004B04CA" w:rsidP="004B04CA">
            <w:pPr>
              <w:spacing w:after="0" w:line="360" w:lineRule="auto"/>
              <w:rPr>
                <w:bCs/>
                <w:color w:val="000000"/>
                <w:lang w:val="en-US"/>
              </w:rPr>
            </w:pPr>
            <w:r w:rsidRPr="004B04CA">
              <w:rPr>
                <w:bCs/>
                <w:color w:val="000000"/>
                <w:lang w:val="en-US"/>
              </w:rPr>
              <w:t>……………………………………………</w:t>
            </w:r>
          </w:p>
          <w:p w14:paraId="7FF3EC82" w14:textId="77777777" w:rsidR="004B04CA" w:rsidRPr="004B04CA" w:rsidRDefault="004B04CA" w:rsidP="004B04CA">
            <w:pPr>
              <w:spacing w:after="0" w:line="360" w:lineRule="auto"/>
              <w:rPr>
                <w:bCs/>
                <w:color w:val="000000"/>
                <w:lang w:val="en-US"/>
              </w:rPr>
            </w:pPr>
            <w:r w:rsidRPr="004B04CA">
              <w:rPr>
                <w:bCs/>
                <w:color w:val="000000"/>
                <w:lang w:val="en-US"/>
              </w:rPr>
              <w:t>……………………………………………</w:t>
            </w:r>
          </w:p>
          <w:p w14:paraId="4BC5436B" w14:textId="77777777" w:rsidR="004B04CA" w:rsidRPr="004B04CA" w:rsidRDefault="004B04CA" w:rsidP="004B04CA">
            <w:pPr>
              <w:spacing w:after="0" w:line="360" w:lineRule="auto"/>
              <w:rPr>
                <w:bCs/>
                <w:color w:val="000000"/>
                <w:lang w:val="en-US"/>
              </w:rPr>
            </w:pPr>
            <w:r w:rsidRPr="004B04CA">
              <w:rPr>
                <w:bCs/>
                <w:color w:val="000000"/>
                <w:lang w:val="en-US"/>
              </w:rPr>
              <w:t>……………………………………………</w:t>
            </w:r>
          </w:p>
          <w:p w14:paraId="69B83403" w14:textId="77777777" w:rsidR="004B04CA" w:rsidRPr="004B04CA" w:rsidRDefault="004B04CA" w:rsidP="004B04CA">
            <w:pPr>
              <w:spacing w:after="0" w:line="360" w:lineRule="auto"/>
              <w:rPr>
                <w:bCs/>
                <w:color w:val="000000"/>
                <w:lang w:val="en-US"/>
              </w:rPr>
            </w:pPr>
            <w:r w:rsidRPr="004B04CA">
              <w:rPr>
                <w:bCs/>
                <w:color w:val="000000"/>
                <w:lang w:val="en-US"/>
              </w:rPr>
              <w:t>……………………………………………</w:t>
            </w:r>
          </w:p>
          <w:p w14:paraId="5AB0569E" w14:textId="77777777" w:rsidR="004B04CA" w:rsidRPr="004B04CA" w:rsidRDefault="004B04CA" w:rsidP="004B04CA">
            <w:pPr>
              <w:spacing w:after="0" w:line="360" w:lineRule="auto"/>
              <w:rPr>
                <w:bCs/>
                <w:color w:val="000000"/>
                <w:lang w:val="en-US"/>
              </w:rPr>
            </w:pPr>
            <w:r w:rsidRPr="004B04CA">
              <w:rPr>
                <w:bCs/>
                <w:color w:val="000000"/>
                <w:lang w:val="en-US"/>
              </w:rPr>
              <w:t>……………………………………………</w:t>
            </w:r>
          </w:p>
        </w:tc>
        <w:tc>
          <w:tcPr>
            <w:tcW w:w="2460" w:type="pct"/>
          </w:tcPr>
          <w:p w14:paraId="39F7CB15" w14:textId="79CC0133" w:rsidR="004B04CA" w:rsidRPr="004B04CA" w:rsidRDefault="004B04CA" w:rsidP="004B04CA">
            <w:pPr>
              <w:spacing w:after="0" w:line="360" w:lineRule="auto"/>
              <w:jc w:val="center"/>
              <w:rPr>
                <w:b/>
                <w:color w:val="000000"/>
                <w:lang w:val="en-US"/>
              </w:rPr>
            </w:pPr>
            <w:r w:rsidRPr="004B04CA">
              <w:rPr>
                <w:b/>
                <w:color w:val="000000"/>
                <w:lang w:val="en-US"/>
              </w:rPr>
              <w:t>Người khai</w:t>
            </w:r>
          </w:p>
          <w:p w14:paraId="7236BCBE" w14:textId="77777777" w:rsidR="004B04CA" w:rsidRPr="004B04CA" w:rsidRDefault="004B04CA" w:rsidP="004B04CA">
            <w:pPr>
              <w:spacing w:after="0" w:line="360" w:lineRule="auto"/>
              <w:jc w:val="center"/>
              <w:rPr>
                <w:bCs/>
                <w:color w:val="000000"/>
                <w:lang w:val="en-US"/>
              </w:rPr>
            </w:pPr>
            <w:r w:rsidRPr="004B04CA">
              <w:rPr>
                <w:bCs/>
                <w:color w:val="000000"/>
                <w:lang w:val="en-US"/>
              </w:rPr>
              <w:t>(ký và ghi rõ họ tên)</w:t>
            </w:r>
          </w:p>
          <w:p w14:paraId="38F3B63E" w14:textId="77777777" w:rsidR="004B04CA" w:rsidRPr="004B04CA" w:rsidRDefault="004B04CA" w:rsidP="004B04CA">
            <w:pPr>
              <w:spacing w:after="0" w:line="360" w:lineRule="auto"/>
              <w:rPr>
                <w:bCs/>
                <w:color w:val="000000"/>
                <w:lang w:val="en-US"/>
              </w:rPr>
            </w:pPr>
          </w:p>
          <w:p w14:paraId="78A32DAE" w14:textId="77777777" w:rsidR="004B04CA" w:rsidRPr="004B04CA" w:rsidRDefault="004B04CA" w:rsidP="004B04CA">
            <w:pPr>
              <w:spacing w:after="0" w:line="360" w:lineRule="auto"/>
              <w:rPr>
                <w:bCs/>
                <w:color w:val="000000"/>
                <w:lang w:val="en-US"/>
              </w:rPr>
            </w:pPr>
          </w:p>
          <w:p w14:paraId="271C5F27" w14:textId="77777777" w:rsidR="004B04CA" w:rsidRPr="004B04CA" w:rsidRDefault="004B04CA" w:rsidP="004B04CA">
            <w:pPr>
              <w:spacing w:after="0" w:line="360" w:lineRule="auto"/>
              <w:rPr>
                <w:bCs/>
                <w:color w:val="000000"/>
                <w:lang w:val="en-US"/>
              </w:rPr>
            </w:pPr>
          </w:p>
          <w:p w14:paraId="067B2739" w14:textId="77777777" w:rsidR="004B04CA" w:rsidRPr="004B04CA" w:rsidRDefault="004B04CA" w:rsidP="004B04CA">
            <w:pPr>
              <w:spacing w:after="0" w:line="360" w:lineRule="auto"/>
              <w:rPr>
                <w:bCs/>
                <w:color w:val="000000"/>
                <w:lang w:val="en-US"/>
              </w:rPr>
            </w:pPr>
          </w:p>
          <w:p w14:paraId="3D9C7732" w14:textId="77777777" w:rsidR="004B04CA" w:rsidRPr="004B04CA" w:rsidRDefault="004B04CA" w:rsidP="004B04CA">
            <w:pPr>
              <w:spacing w:after="0" w:line="360" w:lineRule="auto"/>
              <w:rPr>
                <w:bCs/>
                <w:color w:val="000000"/>
                <w:lang w:val="en-US"/>
              </w:rPr>
            </w:pPr>
          </w:p>
          <w:p w14:paraId="36958990" w14:textId="40362F93" w:rsidR="004B04CA" w:rsidRPr="004B04CA" w:rsidRDefault="004B04CA" w:rsidP="004B04CA">
            <w:pPr>
              <w:spacing w:after="0" w:line="360" w:lineRule="auto"/>
              <w:rPr>
                <w:bCs/>
                <w:color w:val="000000"/>
                <w:lang w:val="en-US"/>
              </w:rPr>
            </w:pPr>
          </w:p>
        </w:tc>
      </w:tr>
    </w:tbl>
    <w:p w14:paraId="0639220C" w14:textId="0AE39770" w:rsidR="00CE30C4" w:rsidRDefault="004B04CA" w:rsidP="004B04CA">
      <w:pPr>
        <w:spacing w:after="0" w:line="360" w:lineRule="auto"/>
      </w:pPr>
      <w:r w:rsidRPr="004B04CA">
        <w:rPr>
          <w:b/>
          <w:color w:val="000000"/>
        </w:rPr>
        <w:t xml:space="preserve"> </w:t>
      </w:r>
      <w:r w:rsidR="00000000">
        <w:rPr>
          <w:color w:val="000000"/>
        </w:rPr>
        <w:t xml:space="preserve">Bạn tải mẫu phiếu </w:t>
      </w:r>
      <w:r w:rsidR="00000000">
        <w:t xml:space="preserve">sơ yếu lý lịch </w:t>
      </w:r>
      <w:r w:rsidR="00000000">
        <w:rPr>
          <w:color w:val="000000"/>
        </w:rPr>
        <w:t xml:space="preserve">mới 2025 </w:t>
      </w:r>
      <w:r w:rsidR="00000000">
        <w:rPr>
          <w:b/>
          <w:color w:val="4F81BD"/>
          <w:u w:val="single"/>
        </w:rPr>
        <w:t>TẠI ĐÂY.</w:t>
      </w:r>
    </w:p>
    <w:p w14:paraId="6644CD44" w14:textId="77777777" w:rsidR="00DF5804" w:rsidRDefault="00DF5804" w:rsidP="004B04CA">
      <w:pPr>
        <w:spacing w:after="0" w:line="360" w:lineRule="auto"/>
        <w:rPr>
          <w:b/>
          <w:color w:val="000000"/>
        </w:rPr>
      </w:pPr>
    </w:p>
    <w:p w14:paraId="58DBD377" w14:textId="69044076" w:rsidR="00CE30C4" w:rsidRDefault="00000000" w:rsidP="004B04CA">
      <w:pPr>
        <w:spacing w:after="0" w:line="360" w:lineRule="auto"/>
        <w:rPr>
          <w:b/>
          <w:color w:val="000000"/>
        </w:rPr>
      </w:pPr>
      <w:r>
        <w:rPr>
          <w:b/>
          <w:color w:val="000000"/>
        </w:rPr>
        <w:lastRenderedPageBreak/>
        <w:t xml:space="preserve">3. </w:t>
      </w:r>
      <w:r w:rsidR="00DF5804">
        <w:rPr>
          <w:b/>
          <w:color w:val="000000"/>
        </w:rPr>
        <w:t xml:space="preserve">Hướng dẫn cách điền sơ yếu lý lịch xin việc như sau: </w:t>
      </w:r>
    </w:p>
    <w:p w14:paraId="76F56005" w14:textId="77777777" w:rsidR="00DF5804" w:rsidRPr="00DF5804" w:rsidRDefault="00DF5804" w:rsidP="00DF5804">
      <w:pPr>
        <w:spacing w:after="0" w:line="360" w:lineRule="auto"/>
        <w:jc w:val="both"/>
        <w:rPr>
          <w:lang w:val="en-SG"/>
        </w:rPr>
      </w:pPr>
      <w:r w:rsidRPr="00DF5804">
        <w:rPr>
          <w:b/>
          <w:bCs/>
          <w:lang w:val="en-SG"/>
        </w:rPr>
        <w:t>Họ và tên:</w:t>
      </w:r>
      <w:r w:rsidRPr="00DF5804">
        <w:rPr>
          <w:lang w:val="en-SG"/>
        </w:rPr>
        <w:t> Đây là phần bạn cần viết in hoa. Nội dung này phải trùng khớp với thông tin trên các giấy tờ tùy thân như CMND,CCCD.</w:t>
      </w:r>
    </w:p>
    <w:p w14:paraId="3E71966E" w14:textId="77777777" w:rsidR="00DF5804" w:rsidRPr="00DF5804" w:rsidRDefault="00DF5804" w:rsidP="00DF5804">
      <w:pPr>
        <w:spacing w:after="0" w:line="360" w:lineRule="auto"/>
        <w:jc w:val="both"/>
        <w:rPr>
          <w:lang w:val="en-SG"/>
        </w:rPr>
      </w:pPr>
      <w:r w:rsidRPr="00DF5804">
        <w:rPr>
          <w:b/>
          <w:bCs/>
          <w:lang w:val="en-SG"/>
        </w:rPr>
        <w:t>Giới tính: </w:t>
      </w:r>
      <w:r w:rsidRPr="00DF5804">
        <w:rPr>
          <w:lang w:val="en-SG"/>
        </w:rPr>
        <w:t>Giới tính sinh học là nam ghi “nam” và nếu bạn là nữ ghi “nữ”.</w:t>
      </w:r>
    </w:p>
    <w:p w14:paraId="26A4C21E" w14:textId="77777777" w:rsidR="00DF5804" w:rsidRPr="00DF5804" w:rsidRDefault="00DF5804" w:rsidP="00DF5804">
      <w:pPr>
        <w:spacing w:after="0" w:line="360" w:lineRule="auto"/>
        <w:jc w:val="both"/>
        <w:rPr>
          <w:lang w:val="en-SG"/>
        </w:rPr>
      </w:pPr>
      <w:r w:rsidRPr="00DF5804">
        <w:rPr>
          <w:b/>
          <w:bCs/>
          <w:lang w:val="en-SG"/>
        </w:rPr>
        <w:t>Ngày tháng năm sinh: </w:t>
      </w:r>
      <w:r w:rsidRPr="00DF5804">
        <w:rPr>
          <w:lang w:val="en-SG"/>
        </w:rPr>
        <w:t>Bạn cần ghi đúng thông tin ngày tháng năm sinh trùng khớp với thông tin trong giấy tờ tùy thân.</w:t>
      </w:r>
    </w:p>
    <w:p w14:paraId="19B7CFAB" w14:textId="77777777" w:rsidR="00DF5804" w:rsidRPr="00DF5804" w:rsidRDefault="00DF5804" w:rsidP="00DF5804">
      <w:pPr>
        <w:spacing w:after="0" w:line="360" w:lineRule="auto"/>
        <w:jc w:val="both"/>
        <w:rPr>
          <w:lang w:val="en-SG"/>
        </w:rPr>
      </w:pPr>
      <w:r w:rsidRPr="00DF5804">
        <w:rPr>
          <w:b/>
          <w:bCs/>
          <w:lang w:val="en-SG"/>
        </w:rPr>
        <w:t>Nơi đăng ký hộ khẩu đăng ký thường trú:</w:t>
      </w:r>
      <w:r w:rsidRPr="00DF5804">
        <w:rPr>
          <w:lang w:val="en-SG"/>
        </w:rPr>
        <w:t> Trình bày rõ thông tin về số nhà, đường, ấp (khu phố), xã (phường), huyện (quận), tỉnh (thành phố) nơi mà bạn đăng ký thường trú theo đúng quy định của pháp luật.</w:t>
      </w:r>
    </w:p>
    <w:p w14:paraId="3BA693A3" w14:textId="77777777" w:rsidR="00DF5804" w:rsidRPr="00DF5804" w:rsidRDefault="00DF5804" w:rsidP="00DF5804">
      <w:pPr>
        <w:spacing w:after="0" w:line="360" w:lineRule="auto"/>
        <w:jc w:val="both"/>
        <w:rPr>
          <w:lang w:val="en-SG"/>
        </w:rPr>
      </w:pPr>
      <w:r w:rsidRPr="00DF5804">
        <w:rPr>
          <w:b/>
          <w:bCs/>
          <w:lang w:val="en-SG"/>
        </w:rPr>
        <w:t>Nơi ở hiện tại: </w:t>
      </w:r>
      <w:r w:rsidRPr="00DF5804">
        <w:rPr>
          <w:lang w:val="en-SG"/>
        </w:rPr>
        <w:t>Khai rõ thông tin về nơi ở hiện tại, cụ thể về thông tin số nhà, đường phố trực thuộc quận, huyện; tỉnh, thành phố nào.</w:t>
      </w:r>
    </w:p>
    <w:p w14:paraId="007A96C1" w14:textId="77777777" w:rsidR="00DF5804" w:rsidRPr="00DF5804" w:rsidRDefault="00DF5804" w:rsidP="00DF5804">
      <w:pPr>
        <w:spacing w:after="0" w:line="360" w:lineRule="auto"/>
        <w:jc w:val="both"/>
        <w:rPr>
          <w:lang w:val="en-SG"/>
        </w:rPr>
      </w:pPr>
      <w:r w:rsidRPr="00DF5804">
        <w:rPr>
          <w:b/>
          <w:bCs/>
          <w:lang w:val="en-SG"/>
        </w:rPr>
        <w:t>Số điện thoại:</w:t>
      </w:r>
      <w:r w:rsidRPr="00DF5804">
        <w:rPr>
          <w:lang w:val="en-SG"/>
        </w:rPr>
        <w:t> Hãy điền 1 số điện thoại bạn đang dùng và dễ dàng liên hệ nhất.</w:t>
      </w:r>
    </w:p>
    <w:p w14:paraId="79F628FA" w14:textId="77777777" w:rsidR="00DF5804" w:rsidRPr="00DF5804" w:rsidRDefault="00DF5804" w:rsidP="00DF5804">
      <w:pPr>
        <w:spacing w:after="0" w:line="360" w:lineRule="auto"/>
        <w:jc w:val="both"/>
        <w:rPr>
          <w:lang w:val="en-SG"/>
        </w:rPr>
      </w:pPr>
      <w:r w:rsidRPr="00DF5804">
        <w:rPr>
          <w:b/>
          <w:bCs/>
          <w:lang w:val="en-SG"/>
        </w:rPr>
        <w:t>Khi cần báo tin cho ai, ở đâu:</w:t>
      </w:r>
      <w:r w:rsidRPr="00DF5804">
        <w:rPr>
          <w:lang w:val="en-SG"/>
        </w:rPr>
        <w:t> Bạn cần ghi rõ về thông tin địa chỉ, số điện thoại của người có thể báo tin khi không liên hệ được với bạn. Ở đây nên là thông tin của người thân trong gia đình như bố, mẹ hoặc anh chị em.</w:t>
      </w:r>
    </w:p>
    <w:p w14:paraId="738EE7DE" w14:textId="77777777" w:rsidR="00DF5804" w:rsidRPr="00DF5804" w:rsidRDefault="00DF5804" w:rsidP="00DF5804">
      <w:pPr>
        <w:spacing w:after="0" w:line="360" w:lineRule="auto"/>
        <w:jc w:val="both"/>
        <w:rPr>
          <w:lang w:val="en-SG"/>
        </w:rPr>
      </w:pPr>
      <w:r w:rsidRPr="00DF5804">
        <w:rPr>
          <w:b/>
          <w:bCs/>
          <w:lang w:val="en-SG"/>
        </w:rPr>
        <w:t>Nguyên quán: </w:t>
      </w:r>
      <w:r w:rsidRPr="00DF5804">
        <w:rPr>
          <w:lang w:val="en-SG"/>
        </w:rPr>
        <w:t>Ghi theo nguyên quán trên CMND hoặc CCCD.</w:t>
      </w:r>
    </w:p>
    <w:p w14:paraId="4C622E5A" w14:textId="77777777" w:rsidR="00DF5804" w:rsidRPr="00DF5804" w:rsidRDefault="00DF5804" w:rsidP="00DF5804">
      <w:pPr>
        <w:spacing w:after="0" w:line="360" w:lineRule="auto"/>
        <w:jc w:val="both"/>
        <w:rPr>
          <w:lang w:val="en-SG"/>
        </w:rPr>
      </w:pPr>
      <w:r w:rsidRPr="00DF5804">
        <w:rPr>
          <w:b/>
          <w:bCs/>
          <w:lang w:val="en-SG"/>
        </w:rPr>
        <w:t>Dân tộc: </w:t>
      </w:r>
      <w:r w:rsidRPr="00DF5804">
        <w:rPr>
          <w:lang w:val="en-SG"/>
        </w:rPr>
        <w:t>Hãy viết tên dân tộc theo giấy tờ tùy thân. Ví dụ: dân tộc Kinh.</w:t>
      </w:r>
    </w:p>
    <w:p w14:paraId="6D991287" w14:textId="77777777" w:rsidR="00DF5804" w:rsidRPr="00DF5804" w:rsidRDefault="00DF5804" w:rsidP="00DF5804">
      <w:pPr>
        <w:spacing w:after="0" w:line="360" w:lineRule="auto"/>
        <w:jc w:val="both"/>
        <w:rPr>
          <w:lang w:val="en-SG"/>
        </w:rPr>
      </w:pPr>
      <w:r w:rsidRPr="00DF5804">
        <w:rPr>
          <w:b/>
          <w:bCs/>
          <w:lang w:val="en-SG"/>
        </w:rPr>
        <w:t>Tôn Giáo: </w:t>
      </w:r>
      <w:r w:rsidRPr="00DF5804">
        <w:rPr>
          <w:lang w:val="en-SG"/>
        </w:rPr>
        <w:t>Ghi rõ tôn giáo mà mình đang theo. Ví dụ: đạo Phật, đạo Thiên chúa, đạo Hồi. Nếu không theo tôn giáo nào thì bạn điền là “Không”. Chính thác hơn nên đối chiếu thông tin theo giấy tờ tùy thân.</w:t>
      </w:r>
    </w:p>
    <w:p w14:paraId="2468AB19" w14:textId="77777777" w:rsidR="00DF5804" w:rsidRPr="00DF5804" w:rsidRDefault="00DF5804" w:rsidP="00DF5804">
      <w:pPr>
        <w:spacing w:after="0" w:line="360" w:lineRule="auto"/>
        <w:jc w:val="both"/>
        <w:rPr>
          <w:lang w:val="en-SG"/>
        </w:rPr>
      </w:pPr>
      <w:r w:rsidRPr="00DF5804">
        <w:rPr>
          <w:b/>
          <w:bCs/>
          <w:lang w:val="en-SG"/>
        </w:rPr>
        <w:t>Trình độ văn hóa: </w:t>
      </w:r>
      <w:r w:rsidRPr="00DF5804">
        <w:rPr>
          <w:lang w:val="en-SG"/>
        </w:rPr>
        <w:t>Viết rõ thông tin 12/12 chính quy hay 12/12 bổ túc văn hóa.</w:t>
      </w:r>
    </w:p>
    <w:p w14:paraId="5E78A0D7" w14:textId="77777777" w:rsidR="00DF5804" w:rsidRPr="00DF5804" w:rsidRDefault="00DF5804" w:rsidP="00DF5804">
      <w:pPr>
        <w:spacing w:after="0" w:line="360" w:lineRule="auto"/>
        <w:jc w:val="both"/>
        <w:rPr>
          <w:lang w:val="en-SG"/>
        </w:rPr>
      </w:pPr>
      <w:r w:rsidRPr="00DF5804">
        <w:rPr>
          <w:b/>
          <w:bCs/>
          <w:lang w:val="en-SG"/>
        </w:rPr>
        <w:t>Thành phần gia đình sau cải cách ruộng đất: </w:t>
      </w:r>
      <w:r w:rsidRPr="00DF5804">
        <w:rPr>
          <w:lang w:val="en-SG"/>
        </w:rPr>
        <w:t>Điền thông tin về thành phần của gia đình bạn theo đúng quy định của pháp luật.</w:t>
      </w:r>
    </w:p>
    <w:p w14:paraId="54BF523D" w14:textId="77777777" w:rsidR="00DF5804" w:rsidRPr="00DF5804" w:rsidRDefault="00DF5804" w:rsidP="00DF5804">
      <w:pPr>
        <w:spacing w:after="0" w:line="360" w:lineRule="auto"/>
        <w:jc w:val="both"/>
        <w:rPr>
          <w:lang w:val="en-SG"/>
        </w:rPr>
      </w:pPr>
      <w:r w:rsidRPr="00DF5804">
        <w:rPr>
          <w:b/>
          <w:bCs/>
          <w:lang w:val="en-SG"/>
        </w:rPr>
        <w:t>Thành phần bản thân gia đình hiện nay: </w:t>
      </w:r>
      <w:r w:rsidRPr="00DF5804">
        <w:rPr>
          <w:lang w:val="en-SG"/>
        </w:rPr>
        <w:t>Điền thông tin thành phần gia đình bạn. Ví dụ: công nhân, công chức, viên chức, nhà báo…</w:t>
      </w:r>
    </w:p>
    <w:p w14:paraId="4AC2CAD9" w14:textId="77777777" w:rsidR="00DF5804" w:rsidRPr="00DF5804" w:rsidRDefault="00DF5804" w:rsidP="00DF5804">
      <w:pPr>
        <w:spacing w:after="0" w:line="360" w:lineRule="auto"/>
        <w:jc w:val="both"/>
        <w:rPr>
          <w:lang w:val="en-SG"/>
        </w:rPr>
      </w:pPr>
      <w:r w:rsidRPr="00DF5804">
        <w:rPr>
          <w:b/>
          <w:bCs/>
          <w:lang w:val="en-SG"/>
        </w:rPr>
        <w:t>Trình độ ngoại ngữ:</w:t>
      </w:r>
      <w:r w:rsidRPr="00DF5804">
        <w:rPr>
          <w:lang w:val="en-SG"/>
        </w:rPr>
        <w:t> Bạn hãy ghi những bằng cấp, chứng chỉ, trường ngoại ngữ mà bạn có, đã và đang theo học chẳng hạn như đại học Anh Ngữ, Pháp Ngữ hay Nga Ngữ; Bằng IELTS 6.0, …</w:t>
      </w:r>
    </w:p>
    <w:p w14:paraId="2DECB4C2" w14:textId="77777777" w:rsidR="00DF5804" w:rsidRPr="00DF5804" w:rsidRDefault="00DF5804" w:rsidP="00DF5804">
      <w:pPr>
        <w:spacing w:after="0" w:line="360" w:lineRule="auto"/>
        <w:jc w:val="both"/>
        <w:rPr>
          <w:lang w:val="en-SG"/>
        </w:rPr>
      </w:pPr>
      <w:r w:rsidRPr="00DF5804">
        <w:rPr>
          <w:b/>
          <w:bCs/>
          <w:lang w:val="en-SG"/>
        </w:rPr>
        <w:lastRenderedPageBreak/>
        <w:t>Hoàn cảnh gia đình: </w:t>
      </w:r>
      <w:r w:rsidRPr="00DF5804">
        <w:rPr>
          <w:lang w:val="en-SG"/>
        </w:rPr>
        <w:t>Khai họ tên cha, mẹ (Hoặc người nuôi dưỡng từ nhỏ), anh chị em ruột trong gia đình, vợ/ chồng, con cái. Ở mục này, cần ghi rõ họ tên, năm sinh, quê quán, chỗ ở hiện nay, nghề nghiệp, hoàn cảnh kinh tế…của từng người.</w:t>
      </w:r>
    </w:p>
    <w:p w14:paraId="6CDF4CB7" w14:textId="77777777" w:rsidR="00DF5804" w:rsidRPr="00DF5804" w:rsidRDefault="00DF5804" w:rsidP="00DF5804">
      <w:pPr>
        <w:spacing w:after="0" w:line="360" w:lineRule="auto"/>
        <w:jc w:val="both"/>
        <w:rPr>
          <w:lang w:val="en-SG"/>
        </w:rPr>
      </w:pPr>
      <w:r w:rsidRPr="00DF5804">
        <w:rPr>
          <w:b/>
          <w:bCs/>
          <w:lang w:val="en-SG"/>
        </w:rPr>
        <w:t>Ngày và nơi kết nạp Đảng Cộng Sản Việt Nam: </w:t>
      </w:r>
      <w:r w:rsidRPr="00DF5804">
        <w:rPr>
          <w:lang w:val="en-SG"/>
        </w:rPr>
        <w:t>Viết rõ thông tin về ngày tháng năm nơi kết nạp Đảng (Chi bộ, đảng bộ cơ sở, huyện tỉnh hoặc cơ quan Trung Ương). Nếu chưa vào Đảng thì bạn có thể bỏ qua không điền.</w:t>
      </w:r>
    </w:p>
    <w:p w14:paraId="4D8F0B4E" w14:textId="77777777" w:rsidR="00DF5804" w:rsidRPr="00DF5804" w:rsidRDefault="00DF5804" w:rsidP="00DF5804">
      <w:pPr>
        <w:spacing w:after="0" w:line="360" w:lineRule="auto"/>
        <w:jc w:val="both"/>
        <w:rPr>
          <w:lang w:val="en-SG"/>
        </w:rPr>
      </w:pPr>
      <w:r w:rsidRPr="00DF5804">
        <w:rPr>
          <w:b/>
          <w:bCs/>
          <w:lang w:val="en-SG"/>
        </w:rPr>
        <w:t>Ngày và nơi kết nạp vào Đoàn thanh niên Cộng Sản Hồ Chí Minh</w:t>
      </w:r>
      <w:r w:rsidRPr="00DF5804">
        <w:rPr>
          <w:lang w:val="en-SG"/>
        </w:rPr>
        <w:t>: Viết rõ ngày tháng năm và nơi kết nạp vào Đoàn thanh niên Cộng Sản Hồ Chí Minh, thông tin này có trong sổ Kết nạp Đoàn nhé.</w:t>
      </w:r>
    </w:p>
    <w:p w14:paraId="03B18EE0" w14:textId="77777777" w:rsidR="00DF5804" w:rsidRPr="00DF5804" w:rsidRDefault="00DF5804" w:rsidP="00DF5804">
      <w:pPr>
        <w:spacing w:after="0" w:line="360" w:lineRule="auto"/>
        <w:jc w:val="both"/>
        <w:rPr>
          <w:lang w:val="en-SG"/>
        </w:rPr>
      </w:pPr>
      <w:r w:rsidRPr="00DF5804">
        <w:rPr>
          <w:lang w:val="en-SG"/>
        </w:rPr>
        <w:t>Nghề nghiệp và trình độ chuyên môn: Tùy theo trình độ đào tạo chuyên môn của bản thân viết theo loại văn bằng mà mình được cấp. Hãy ghi rõ bạn học chuyên ngành nào, học chính quy hay tại chức và đừng quên liệt kê tất cả các loại văn bằng có liên quan.</w:t>
      </w:r>
    </w:p>
    <w:p w14:paraId="4DC2CB31" w14:textId="77777777" w:rsidR="00DF5804" w:rsidRPr="00DF5804" w:rsidRDefault="00DF5804" w:rsidP="00DF5804">
      <w:pPr>
        <w:spacing w:after="0" w:line="360" w:lineRule="auto"/>
        <w:jc w:val="both"/>
        <w:rPr>
          <w:lang w:val="en-SG"/>
        </w:rPr>
      </w:pPr>
      <w:r w:rsidRPr="00DF5804">
        <w:rPr>
          <w:b/>
          <w:bCs/>
          <w:lang w:val="en-SG"/>
        </w:rPr>
        <w:t>Khen thưởng:</w:t>
      </w:r>
      <w:r w:rsidRPr="00DF5804">
        <w:rPr>
          <w:lang w:val="en-SG"/>
        </w:rPr>
        <w:t> Viết rõ thông tin về ngày tháng năm cũng như hình thức khen thưởng. Nếu không có bạn có thể ghi “Chưa có”.</w:t>
      </w:r>
    </w:p>
    <w:p w14:paraId="44F9E9E5" w14:textId="77777777" w:rsidR="00DF5804" w:rsidRPr="00DF5804" w:rsidRDefault="00DF5804" w:rsidP="00DF5804">
      <w:pPr>
        <w:spacing w:after="0" w:line="360" w:lineRule="auto"/>
        <w:jc w:val="both"/>
        <w:rPr>
          <w:lang w:val="en-SG"/>
        </w:rPr>
      </w:pPr>
      <w:r w:rsidRPr="00DF5804">
        <w:rPr>
          <w:b/>
          <w:bCs/>
          <w:lang w:val="en-SG"/>
        </w:rPr>
        <w:t>Kỷ luật: </w:t>
      </w:r>
      <w:r w:rsidRPr="00DF5804">
        <w:rPr>
          <w:lang w:val="en-SG"/>
        </w:rPr>
        <w:t>Viết rõ tháng năm, lý do sai phạm và hình thức kỷ luật theo quy định. Nếu không có bạn có thể bỏ qua hoặc ghi “Chưa có”.</w:t>
      </w:r>
    </w:p>
    <w:p w14:paraId="428EE0E4" w14:textId="77777777" w:rsidR="00DF5804" w:rsidRPr="00DF5804" w:rsidRDefault="00DF5804" w:rsidP="00DF5804">
      <w:pPr>
        <w:spacing w:after="0" w:line="360" w:lineRule="auto"/>
        <w:jc w:val="both"/>
        <w:rPr>
          <w:lang w:val="en-SG"/>
        </w:rPr>
      </w:pPr>
      <w:r w:rsidRPr="00DF5804">
        <w:rPr>
          <w:b/>
          <w:bCs/>
          <w:lang w:val="en-SG"/>
        </w:rPr>
        <w:t>Cách điền phần nhân thân: </w:t>
      </w:r>
      <w:r w:rsidRPr="00DF5804">
        <w:rPr>
          <w:lang w:val="en-SG"/>
        </w:rPr>
        <w:t>Bạn điền đầy đủ họ tên theo chứng minh thư/giấy khai sinh của những người thân trong gia đình.</w:t>
      </w:r>
    </w:p>
    <w:p w14:paraId="7E56577A" w14:textId="77777777" w:rsidR="00DF5804" w:rsidRPr="00DF5804" w:rsidRDefault="00DF5804" w:rsidP="00DF5804">
      <w:pPr>
        <w:spacing w:after="0" w:line="360" w:lineRule="auto"/>
        <w:jc w:val="both"/>
        <w:rPr>
          <w:lang w:val="en-SG"/>
        </w:rPr>
      </w:pPr>
      <w:r w:rsidRPr="00DF5804">
        <w:rPr>
          <w:b/>
          <w:bCs/>
          <w:lang w:val="en-SG"/>
        </w:rPr>
        <w:t>Quá trình hoạt động của bản thân:</w:t>
      </w:r>
      <w:r w:rsidRPr="00DF5804">
        <w:rPr>
          <w:lang w:val="en-SG"/>
        </w:rPr>
        <w:t> Từ tháng năm đến tháng năm Làm công tác gì? Ở đâu? Giữ chức vụ gì?</w:t>
      </w:r>
    </w:p>
    <w:p w14:paraId="36D1F103" w14:textId="59FF5C91" w:rsidR="00CE30C4" w:rsidRPr="00DF5804" w:rsidRDefault="00DF5804" w:rsidP="004B04CA">
      <w:pPr>
        <w:spacing w:after="0" w:line="360" w:lineRule="auto"/>
        <w:jc w:val="both"/>
        <w:rPr>
          <w:i/>
          <w:iCs/>
        </w:rPr>
      </w:pPr>
      <w:r w:rsidRPr="00DF5804">
        <w:rPr>
          <w:i/>
          <w:iCs/>
        </w:rPr>
        <w:t>Mẫu phiếu sơ yếu lý lịch xin việc năm 2025 là giấy tờ không thể thiếu trong bộ hồ sơ ứng tuyển, giúp ứng viên thể hiện rõ ràng thông tin cá nhân, quá trình học tập và kinh nghiệm làm việc. Việc điền đúng, đủ và trung thực nội dung trong phiếu không chỉ giúp nhà tuyển dụng dễ dàng đánh giá mà còn tạo ấn tượng về sự chuyên nghiệp, nghiêm túc. Vì vậy, mỗi ứng viên cần chuẩn bị sơ yếu lý lịch một cách cẩn thận để tăng cơ hội ghi điểm và thành công trong quá trình xin việc.</w:t>
      </w:r>
    </w:p>
    <w:sectPr w:rsidR="00CE30C4" w:rsidRPr="00DF5804">
      <w:pgSz w:w="12240" w:h="15840"/>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72FC491-194B-411B-AB99-3991CDD6DB5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3F091CB-48E5-41D4-80F0-763A45DA32A2}"/>
    <w:embedBold r:id="rId3" w:fontKey="{4F827D28-7F0B-4A90-B3AD-25AE604ED173}"/>
    <w:embedItalic r:id="rId4" w:fontKey="{0B164111-D968-4ECC-B3A7-7130F6899251}"/>
    <w:embedBoldItalic r:id="rId5" w:fontKey="{03912A3B-8633-4C3A-9291-80822D18A09A}"/>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1F0D8FA2-1FAD-49B0-A77F-498F23E929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32C26"/>
    <w:multiLevelType w:val="multilevel"/>
    <w:tmpl w:val="AFEC6F36"/>
    <w:lvl w:ilvl="0">
      <w:start w:val="1"/>
      <w:numFmt w:val="bullet"/>
      <w:pStyle w:val="ListBullet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A24FCE"/>
    <w:multiLevelType w:val="multilevel"/>
    <w:tmpl w:val="B762CEDA"/>
    <w:lvl w:ilvl="0">
      <w:start w:val="1"/>
      <w:numFmt w:val="decimal"/>
      <w:pStyle w:val="ListBullet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6373C02"/>
    <w:multiLevelType w:val="multilevel"/>
    <w:tmpl w:val="9A400C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0172742"/>
    <w:multiLevelType w:val="multilevel"/>
    <w:tmpl w:val="905C7B0C"/>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ECB323A"/>
    <w:multiLevelType w:val="multilevel"/>
    <w:tmpl w:val="B3CA01C0"/>
    <w:lvl w:ilvl="0">
      <w:start w:val="1"/>
      <w:numFmt w:val="decimal"/>
      <w:pStyle w:val="ListBullet"/>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D0747D5"/>
    <w:multiLevelType w:val="multilevel"/>
    <w:tmpl w:val="D2D8412E"/>
    <w:lvl w:ilvl="0">
      <w:start w:val="1"/>
      <w:numFmt w:val="bullet"/>
      <w:pStyle w:val="ListNumber"/>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134401894">
    <w:abstractNumId w:val="4"/>
  </w:num>
  <w:num w:numId="2" w16cid:durableId="187912220">
    <w:abstractNumId w:val="1"/>
  </w:num>
  <w:num w:numId="3" w16cid:durableId="229507345">
    <w:abstractNumId w:val="0"/>
  </w:num>
  <w:num w:numId="4" w16cid:durableId="1735393941">
    <w:abstractNumId w:val="2"/>
  </w:num>
  <w:num w:numId="5" w16cid:durableId="147599568">
    <w:abstractNumId w:val="5"/>
  </w:num>
  <w:num w:numId="6" w16cid:durableId="258761707">
    <w:abstractNumId w:val="3"/>
  </w:num>
  <w:num w:numId="7" w16cid:durableId="1875278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0C4"/>
    <w:rsid w:val="00112261"/>
    <w:rsid w:val="004B04CA"/>
    <w:rsid w:val="00CE30C4"/>
    <w:rsid w:val="00DF580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B4471"/>
  <w15:docId w15:val="{D0DD2D0C-27F3-4E4A-BE85-F349273F4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S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366091"/>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OZONCZwkbo5lLDC9ozqfgXxEjg==">CgMxLjA4AHIhMVg2NEhTaEdnTlMwdkpjZEh6Z3Q2ZW9jWXpmMzZWU1I3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1219</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Ha Nguyen</cp:lastModifiedBy>
  <cp:revision>2</cp:revision>
  <dcterms:created xsi:type="dcterms:W3CDTF">2025-09-25T04:47:00Z</dcterms:created>
  <dcterms:modified xsi:type="dcterms:W3CDTF">2025-09-25T04:47:00Z</dcterms:modified>
</cp:coreProperties>
</file>