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1F886" w14:textId="2993E627" w:rsidR="00A3429C" w:rsidRDefault="00000000" w:rsidP="00497890">
      <w:pPr>
        <w:spacing w:after="0" w:line="360" w:lineRule="auto"/>
        <w:jc w:val="center"/>
        <w:rPr>
          <w:b/>
          <w:color w:val="EE0000"/>
        </w:rPr>
      </w:pPr>
      <w:r>
        <w:rPr>
          <w:b/>
          <w:color w:val="EE0000"/>
        </w:rPr>
        <w:t xml:space="preserve">Mẫu </w:t>
      </w:r>
      <w:r w:rsidR="00497890">
        <w:rPr>
          <w:b/>
          <w:color w:val="EE0000"/>
        </w:rPr>
        <w:t>giấy</w:t>
      </w:r>
      <w:r>
        <w:rPr>
          <w:b/>
          <w:color w:val="EE0000"/>
        </w:rPr>
        <w:t xml:space="preserve"> xác nhận công tác</w:t>
      </w:r>
      <w:r w:rsidR="00497890">
        <w:rPr>
          <w:b/>
          <w:color w:val="EE0000"/>
        </w:rPr>
        <w:t xml:space="preserve"> mới nhất năm</w:t>
      </w:r>
      <w:r>
        <w:rPr>
          <w:b/>
          <w:color w:val="EE0000"/>
        </w:rPr>
        <w:t xml:space="preserve"> 2025</w:t>
      </w:r>
    </w:p>
    <w:p w14:paraId="51111C5F" w14:textId="77777777" w:rsidR="00497890" w:rsidRDefault="00497890" w:rsidP="00497890">
      <w:pPr>
        <w:spacing w:after="0" w:line="360" w:lineRule="auto"/>
        <w:jc w:val="both"/>
        <w:rPr>
          <w:i/>
          <w:color w:val="000000"/>
        </w:rPr>
      </w:pPr>
      <w:r w:rsidRPr="00497890">
        <w:rPr>
          <w:i/>
          <w:color w:val="000000"/>
        </w:rPr>
        <w:t>Giấy xác nhận công tác là văn bản quan trọng, thường được sử dụng để chứng minh quá trình làm việc, vị trí công tác và thời gian công tác của cá nhân tại cơ quan, tổ chức. Đây là cơ sở để người lao động thực hiện các thủ tục hành chính như vay vốn ngân hàng, xin cấp visa, chứng minh thu nhập hoặc tham gia các kỳ tuyển dụng. Bài viết dưới đây Vietjack sẽ giới thiệu mẫu giấy xác nhận công tác mới nhất năm 2025 kèm hướng dẫn chi tiết cách soạn thảo, giúp bạn dễ dàng áp dụng trong thực tế.</w:t>
      </w:r>
    </w:p>
    <w:p w14:paraId="4D8624C4" w14:textId="55F0E590" w:rsidR="00A3429C" w:rsidRDefault="00000000" w:rsidP="00497890">
      <w:pPr>
        <w:spacing w:after="0" w:line="360" w:lineRule="auto"/>
        <w:rPr>
          <w:b/>
          <w:color w:val="000000"/>
        </w:rPr>
      </w:pPr>
      <w:r>
        <w:rPr>
          <w:b/>
          <w:color w:val="000000"/>
        </w:rPr>
        <w:t>1.</w:t>
      </w:r>
      <w:r w:rsidR="00611B2A">
        <w:rPr>
          <w:b/>
          <w:color w:val="000000"/>
        </w:rPr>
        <w:t>Giấy</w:t>
      </w:r>
      <w:r>
        <w:rPr>
          <w:b/>
          <w:color w:val="000000"/>
        </w:rPr>
        <w:t xml:space="preserve"> xác nhận công tác là gì?</w:t>
      </w:r>
    </w:p>
    <w:p w14:paraId="319B4482" w14:textId="77777777" w:rsidR="00611B2A" w:rsidRPr="00611B2A" w:rsidRDefault="00611B2A" w:rsidP="00611B2A">
      <w:pPr>
        <w:spacing w:after="0" w:line="360" w:lineRule="auto"/>
        <w:rPr>
          <w:color w:val="000000"/>
          <w:lang w:val="en-SG"/>
        </w:rPr>
      </w:pPr>
      <w:r w:rsidRPr="00611B2A">
        <w:rPr>
          <w:color w:val="000000"/>
          <w:lang w:val="en-SG"/>
        </w:rPr>
        <w:t>Giấy xác nhận công tác hay giấy xác nhận nghề nghiệp, giấy xác nhận công việc, đơn xin xác nhận của đơn vị công tác là loại văn bản xác nhận, chứng minh thời gian công tác, làm việc của một cá nhân cụ thể tại một cơ quan, tổ chức, đơn vị cụ thể. Đây là loại văn bản được sử dụng với nhiều mục đích khác nhau, như làm visa, vay vốn ngân hàng, chứng minh tài chính, du học,…giúp cho người lao động có thể hương được các quyền lợi tối đa  với thời gian đã cống hiến cho các cơ quan, tổ chức, đơn vị cụ thể.</w:t>
      </w:r>
    </w:p>
    <w:p w14:paraId="2CA0041F" w14:textId="77777777" w:rsidR="00611B2A" w:rsidRPr="00611B2A" w:rsidRDefault="00611B2A" w:rsidP="00611B2A">
      <w:pPr>
        <w:spacing w:after="0" w:line="360" w:lineRule="auto"/>
        <w:rPr>
          <w:color w:val="000000"/>
          <w:lang w:val="en-SG"/>
        </w:rPr>
      </w:pPr>
      <w:r w:rsidRPr="00611B2A">
        <w:rPr>
          <w:color w:val="000000"/>
          <w:lang w:val="en-SG"/>
        </w:rPr>
        <w:t>Đặc điểm của Giấy xác nhận công tác:</w:t>
      </w:r>
    </w:p>
    <w:p w14:paraId="11CAEB63" w14:textId="77777777" w:rsidR="00611B2A" w:rsidRPr="00611B2A" w:rsidRDefault="00611B2A" w:rsidP="00611B2A">
      <w:pPr>
        <w:numPr>
          <w:ilvl w:val="0"/>
          <w:numId w:val="7"/>
        </w:numPr>
        <w:spacing w:after="0" w:line="360" w:lineRule="auto"/>
        <w:rPr>
          <w:color w:val="000000"/>
          <w:lang w:val="en-SG"/>
        </w:rPr>
      </w:pPr>
      <w:r w:rsidRPr="00611B2A">
        <w:rPr>
          <w:color w:val="000000"/>
          <w:lang w:val="en-SG"/>
        </w:rPr>
        <w:t>Giấy xác nhận công tác xác nhận thông tin cá nhân, đơn vị công tác, công việc hiện tại của cá nhân cụ thể.</w:t>
      </w:r>
    </w:p>
    <w:p w14:paraId="30B4EB70" w14:textId="77777777" w:rsidR="00611B2A" w:rsidRPr="00611B2A" w:rsidRDefault="00611B2A" w:rsidP="00611B2A">
      <w:pPr>
        <w:numPr>
          <w:ilvl w:val="0"/>
          <w:numId w:val="7"/>
        </w:numPr>
        <w:spacing w:after="0" w:line="360" w:lineRule="auto"/>
        <w:rPr>
          <w:color w:val="000000"/>
          <w:lang w:val="en-SG"/>
        </w:rPr>
      </w:pPr>
      <w:r w:rsidRPr="00611B2A">
        <w:rPr>
          <w:color w:val="000000"/>
          <w:lang w:val="en-SG"/>
        </w:rPr>
        <w:t>Mang tính bảo mật: Bởi do cơ quan, đơn vị, doanh nghiệp xác nhận cho người lao động. Khác với việc xác nhận thu nhập bởi nó liên quan đến việc bảo mật thông tin, sự cạnh trong thị trường lao động.</w:t>
      </w:r>
    </w:p>
    <w:p w14:paraId="19F30D94" w14:textId="77777777" w:rsidR="00A3429C" w:rsidRDefault="00000000" w:rsidP="00497890">
      <w:pPr>
        <w:spacing w:after="0" w:line="360" w:lineRule="auto"/>
        <w:rPr>
          <w:b/>
          <w:color w:val="000000"/>
        </w:rPr>
      </w:pPr>
      <w:r>
        <w:rPr>
          <w:b/>
          <w:color w:val="000000"/>
        </w:rPr>
        <w:t>2. Mẫu phiếu xác nhận công tác 2025</w:t>
      </w:r>
    </w:p>
    <w:tbl>
      <w:tblPr>
        <w:tblStyle w:val="TableGrid"/>
        <w:tblW w:w="0" w:type="auto"/>
        <w:tblLook w:val="04A0" w:firstRow="1" w:lastRow="0" w:firstColumn="1" w:lastColumn="0" w:noHBand="0" w:noVBand="1"/>
      </w:tblPr>
      <w:tblGrid>
        <w:gridCol w:w="9962"/>
      </w:tblGrid>
      <w:tr w:rsidR="00611B2A" w14:paraId="032404E5" w14:textId="77777777" w:rsidTr="00611B2A">
        <w:tc>
          <w:tcPr>
            <w:tcW w:w="9962" w:type="dxa"/>
          </w:tcPr>
          <w:p w14:paraId="24A1CDAB" w14:textId="77777777" w:rsidR="00611B2A" w:rsidRPr="00611B2A" w:rsidRDefault="00611B2A" w:rsidP="00611B2A">
            <w:pPr>
              <w:spacing w:line="360" w:lineRule="auto"/>
              <w:jc w:val="center"/>
              <w:rPr>
                <w:lang w:val="en-SG"/>
              </w:rPr>
            </w:pPr>
            <w:r w:rsidRPr="00611B2A">
              <w:rPr>
                <w:b/>
                <w:bCs/>
                <w:lang w:val="en-SG"/>
              </w:rPr>
              <w:t>CỘNG HÒA XÃ HỘI CHỦ NGHĨA VIỆT NAM</w:t>
            </w:r>
          </w:p>
          <w:p w14:paraId="6E5BE638" w14:textId="77777777" w:rsidR="00611B2A" w:rsidRPr="00611B2A" w:rsidRDefault="00611B2A" w:rsidP="00611B2A">
            <w:pPr>
              <w:spacing w:line="360" w:lineRule="auto"/>
              <w:jc w:val="center"/>
              <w:rPr>
                <w:lang w:val="en-SG"/>
              </w:rPr>
            </w:pPr>
            <w:r w:rsidRPr="00611B2A">
              <w:rPr>
                <w:b/>
                <w:bCs/>
                <w:lang w:val="en-SG"/>
              </w:rPr>
              <w:t>Độc lập – Tự do – Hạnh phúc</w:t>
            </w:r>
          </w:p>
          <w:p w14:paraId="569BEF06" w14:textId="77777777" w:rsidR="00611B2A" w:rsidRPr="00611B2A" w:rsidRDefault="00611B2A" w:rsidP="00611B2A">
            <w:pPr>
              <w:spacing w:line="360" w:lineRule="auto"/>
              <w:jc w:val="center"/>
              <w:rPr>
                <w:lang w:val="en-SG"/>
              </w:rPr>
            </w:pPr>
            <w:r w:rsidRPr="00611B2A">
              <w:rPr>
                <w:b/>
                <w:bCs/>
                <w:lang w:val="en-SG"/>
              </w:rPr>
              <w:t>————————</w:t>
            </w:r>
          </w:p>
          <w:p w14:paraId="372D9C9C" w14:textId="77777777" w:rsidR="00611B2A" w:rsidRPr="00611B2A" w:rsidRDefault="00611B2A" w:rsidP="00611B2A">
            <w:pPr>
              <w:spacing w:line="360" w:lineRule="auto"/>
              <w:jc w:val="center"/>
              <w:rPr>
                <w:lang w:val="en-SG"/>
              </w:rPr>
            </w:pPr>
            <w:r w:rsidRPr="00611B2A">
              <w:rPr>
                <w:b/>
                <w:bCs/>
                <w:lang w:val="en-SG"/>
              </w:rPr>
              <w:t>GIẤY XÁC NHẬN CÔNG TÁC</w:t>
            </w:r>
          </w:p>
          <w:p w14:paraId="6BDDE7EF" w14:textId="16F2C5B4" w:rsidR="00611B2A" w:rsidRPr="00611B2A" w:rsidRDefault="00611B2A" w:rsidP="00611B2A">
            <w:pPr>
              <w:spacing w:line="360" w:lineRule="auto"/>
              <w:rPr>
                <w:lang w:val="en-SG"/>
              </w:rPr>
            </w:pPr>
            <w:r w:rsidRPr="00611B2A">
              <w:rPr>
                <w:lang w:val="en-SG"/>
              </w:rPr>
              <w:t>Kính gửi: (1) Ban giám đốc công ty…</w:t>
            </w:r>
            <w:r>
              <w:rPr>
                <w:lang w:val="en-SG"/>
              </w:rPr>
              <w:t>……………………………………………..</w:t>
            </w:r>
          </w:p>
          <w:p w14:paraId="3B179ECE" w14:textId="1B9BC40B" w:rsidR="00611B2A" w:rsidRPr="00611B2A" w:rsidRDefault="00611B2A" w:rsidP="00611B2A">
            <w:pPr>
              <w:spacing w:line="360" w:lineRule="auto"/>
              <w:rPr>
                <w:lang w:val="en-SG"/>
              </w:rPr>
            </w:pPr>
            <w:r w:rsidRPr="00611B2A">
              <w:rPr>
                <w:lang w:val="en-SG"/>
              </w:rPr>
              <w:t>Họ và tên (2):……………..…………………………………</w:t>
            </w:r>
            <w:r>
              <w:rPr>
                <w:lang w:val="en-SG"/>
              </w:rPr>
              <w:t>………………………</w:t>
            </w:r>
          </w:p>
          <w:p w14:paraId="14341CBB" w14:textId="3227B261" w:rsidR="00611B2A" w:rsidRPr="00611B2A" w:rsidRDefault="00611B2A" w:rsidP="00611B2A">
            <w:pPr>
              <w:spacing w:line="360" w:lineRule="auto"/>
              <w:rPr>
                <w:lang w:val="en-SG"/>
              </w:rPr>
            </w:pPr>
            <w:r w:rsidRPr="00611B2A">
              <w:rPr>
                <w:lang w:val="en-SG"/>
              </w:rPr>
              <w:t>Địa chỉ (3):………………………….……………………………………………</w:t>
            </w:r>
            <w:r>
              <w:rPr>
                <w:lang w:val="en-SG"/>
              </w:rPr>
              <w:t>….</w:t>
            </w:r>
          </w:p>
          <w:p w14:paraId="2E3EE7E2" w14:textId="2F94AB0C" w:rsidR="00611B2A" w:rsidRPr="00611B2A" w:rsidRDefault="00611B2A" w:rsidP="00611B2A">
            <w:pPr>
              <w:spacing w:line="360" w:lineRule="auto"/>
              <w:rPr>
                <w:lang w:val="en-SG"/>
              </w:rPr>
            </w:pPr>
            <w:r w:rsidRPr="00611B2A">
              <w:rPr>
                <w:lang w:val="en-SG"/>
              </w:rPr>
              <w:lastRenderedPageBreak/>
              <w:t>Số CMND: …………………..Ngày cấp:…………. Nơi cấp:……..…………</w:t>
            </w:r>
            <w:r>
              <w:rPr>
                <w:lang w:val="en-SG"/>
              </w:rPr>
              <w:t>…..</w:t>
            </w:r>
          </w:p>
          <w:p w14:paraId="3E529A8D" w14:textId="77777777" w:rsidR="00611B2A" w:rsidRPr="00611B2A" w:rsidRDefault="00611B2A" w:rsidP="00611B2A">
            <w:pPr>
              <w:spacing w:line="360" w:lineRule="auto"/>
              <w:rPr>
                <w:lang w:val="en-SG"/>
              </w:rPr>
            </w:pPr>
            <w:r w:rsidRPr="00611B2A">
              <w:rPr>
                <w:lang w:val="en-SG"/>
              </w:rPr>
              <w:t>Hiện đang công tác tại:</w:t>
            </w:r>
          </w:p>
          <w:p w14:paraId="01FFD7B6" w14:textId="6D4C9957" w:rsidR="00611B2A" w:rsidRPr="00611B2A" w:rsidRDefault="00611B2A" w:rsidP="00611B2A">
            <w:pPr>
              <w:spacing w:line="360" w:lineRule="auto"/>
              <w:rPr>
                <w:lang w:val="en-SG"/>
              </w:rPr>
            </w:pPr>
            <w:r w:rsidRPr="00611B2A">
              <w:rPr>
                <w:lang w:val="en-SG"/>
              </w:rPr>
              <w:t>Công ty: ………………………………………………………………………</w:t>
            </w:r>
            <w:r>
              <w:rPr>
                <w:lang w:val="en-SG"/>
              </w:rPr>
              <w:t>……</w:t>
            </w:r>
          </w:p>
          <w:p w14:paraId="4F031557" w14:textId="45983C2F" w:rsidR="00611B2A" w:rsidRPr="00611B2A" w:rsidRDefault="00611B2A" w:rsidP="00611B2A">
            <w:pPr>
              <w:spacing w:line="360" w:lineRule="auto"/>
              <w:rPr>
                <w:lang w:val="en-SG"/>
              </w:rPr>
            </w:pPr>
            <w:r w:rsidRPr="00611B2A">
              <w:rPr>
                <w:lang w:val="en-SG"/>
              </w:rPr>
              <w:t>Địa chỉ (4): ………………………………………………………</w:t>
            </w:r>
            <w:r>
              <w:rPr>
                <w:lang w:val="en-SG"/>
              </w:rPr>
              <w:t>…………………</w:t>
            </w:r>
          </w:p>
          <w:p w14:paraId="44569B9A" w14:textId="5A36FDD4" w:rsidR="00611B2A" w:rsidRPr="00611B2A" w:rsidRDefault="00611B2A" w:rsidP="00611B2A">
            <w:pPr>
              <w:spacing w:line="360" w:lineRule="auto"/>
              <w:rPr>
                <w:lang w:val="en-SG"/>
              </w:rPr>
            </w:pPr>
            <w:r w:rsidRPr="00611B2A">
              <w:rPr>
                <w:lang w:val="en-SG"/>
              </w:rPr>
              <w:t>Điện thoại:……………………………… Fax: ………………………………</w:t>
            </w:r>
            <w:r>
              <w:rPr>
                <w:lang w:val="en-SG"/>
              </w:rPr>
              <w:t>…….</w:t>
            </w:r>
          </w:p>
          <w:p w14:paraId="499C2A20" w14:textId="40A75181" w:rsidR="00611B2A" w:rsidRPr="00611B2A" w:rsidRDefault="00611B2A" w:rsidP="00611B2A">
            <w:pPr>
              <w:spacing w:line="360" w:lineRule="auto"/>
              <w:rPr>
                <w:lang w:val="en-SG"/>
              </w:rPr>
            </w:pPr>
            <w:r w:rsidRPr="00611B2A">
              <w:rPr>
                <w:lang w:val="en-SG"/>
              </w:rPr>
              <w:t>Vị trí công tác (5): …………………………………………</w:t>
            </w:r>
            <w:r>
              <w:rPr>
                <w:lang w:val="en-SG"/>
              </w:rPr>
              <w:t>……………………….</w:t>
            </w:r>
          </w:p>
          <w:p w14:paraId="0708FCE6" w14:textId="40E33512" w:rsidR="00611B2A" w:rsidRPr="00611B2A" w:rsidRDefault="00611B2A" w:rsidP="00611B2A">
            <w:pPr>
              <w:spacing w:line="360" w:lineRule="auto"/>
              <w:rPr>
                <w:lang w:val="en-SG"/>
              </w:rPr>
            </w:pPr>
            <w:r w:rsidRPr="00611B2A">
              <w:rPr>
                <w:lang w:val="en-SG"/>
              </w:rPr>
              <w:t>Chức danh/chức vụ: …..………………………….…………………………</w:t>
            </w:r>
            <w:r>
              <w:rPr>
                <w:lang w:val="en-SG"/>
              </w:rPr>
              <w:t>………</w:t>
            </w:r>
          </w:p>
          <w:p w14:paraId="7EDAACE9" w14:textId="7F54C5D6" w:rsidR="00611B2A" w:rsidRPr="00611B2A" w:rsidRDefault="00611B2A" w:rsidP="00611B2A">
            <w:pPr>
              <w:spacing w:line="360" w:lineRule="auto"/>
              <w:rPr>
                <w:lang w:val="en-SG"/>
              </w:rPr>
            </w:pPr>
            <w:r w:rsidRPr="00611B2A">
              <w:rPr>
                <w:lang w:val="en-SG"/>
              </w:rPr>
              <w:t>Loại hợp đồng lao động (6): ……………………………</w:t>
            </w:r>
            <w:r>
              <w:rPr>
                <w:lang w:val="en-SG"/>
              </w:rPr>
              <w:t>…………………………..</w:t>
            </w:r>
          </w:p>
          <w:p w14:paraId="2628710A" w14:textId="55B5DFD6" w:rsidR="00611B2A" w:rsidRPr="00611B2A" w:rsidRDefault="00611B2A" w:rsidP="00611B2A">
            <w:pPr>
              <w:spacing w:line="360" w:lineRule="auto"/>
              <w:rPr>
                <w:lang w:val="en-SG"/>
              </w:rPr>
            </w:pPr>
            <w:r w:rsidRPr="00611B2A">
              <w:rPr>
                <w:lang w:val="en-SG"/>
              </w:rPr>
              <w:t>Ngày vào làm việc:……………………………………………………………</w:t>
            </w:r>
            <w:r>
              <w:rPr>
                <w:lang w:val="en-SG"/>
              </w:rPr>
              <w:t>…….</w:t>
            </w:r>
          </w:p>
          <w:p w14:paraId="788552FD" w14:textId="14995492" w:rsidR="00611B2A" w:rsidRPr="00611B2A" w:rsidRDefault="00611B2A" w:rsidP="00611B2A">
            <w:pPr>
              <w:spacing w:line="360" w:lineRule="auto"/>
              <w:rPr>
                <w:lang w:val="en-SG"/>
              </w:rPr>
            </w:pPr>
            <w:r w:rsidRPr="00611B2A">
              <w:rPr>
                <w:lang w:val="en-SG"/>
              </w:rPr>
              <w:t>Ngày kết thúc (nếu có): ………………..………………………………………</w:t>
            </w:r>
            <w:r>
              <w:rPr>
                <w:lang w:val="en-SG"/>
              </w:rPr>
              <w:t>……</w:t>
            </w:r>
          </w:p>
          <w:p w14:paraId="2DCDA341" w14:textId="58CE3287" w:rsidR="00611B2A" w:rsidRPr="00611B2A" w:rsidRDefault="00611B2A" w:rsidP="00611B2A">
            <w:pPr>
              <w:spacing w:line="360" w:lineRule="auto"/>
              <w:rPr>
                <w:lang w:val="en-SG"/>
              </w:rPr>
            </w:pPr>
            <w:r w:rsidRPr="00611B2A">
              <w:rPr>
                <w:lang w:val="en-SG"/>
              </w:rPr>
              <w:t>Vị trí công việc đảm nhận theo quá trình công tác (7)(nếu có):</w:t>
            </w:r>
            <w:r>
              <w:rPr>
                <w:lang w:val="en-SG"/>
              </w:rPr>
              <w:t>……………………..</w:t>
            </w:r>
          </w:p>
          <w:p w14:paraId="44FCCB75" w14:textId="38E73ADF" w:rsidR="00611B2A" w:rsidRPr="00611B2A" w:rsidRDefault="00611B2A" w:rsidP="00611B2A">
            <w:pPr>
              <w:spacing w:line="360" w:lineRule="auto"/>
              <w:rPr>
                <w:lang w:val="en-SG"/>
              </w:rPr>
            </w:pPr>
            <w:r w:rsidRPr="00611B2A">
              <w:rPr>
                <w:lang w:val="en-SG"/>
              </w:rPr>
              <w:t>…………………………………………………………………………………</w:t>
            </w:r>
            <w:r>
              <w:rPr>
                <w:lang w:val="en-SG"/>
              </w:rPr>
              <w:t>……..</w:t>
            </w:r>
          </w:p>
          <w:p w14:paraId="31160EFD" w14:textId="34FB331A" w:rsidR="00611B2A" w:rsidRDefault="00611B2A" w:rsidP="00611B2A">
            <w:pPr>
              <w:spacing w:line="360" w:lineRule="auto"/>
              <w:rPr>
                <w:lang w:val="en-SG"/>
              </w:rPr>
            </w:pPr>
            <w:r w:rsidRPr="00611B2A">
              <w:rPr>
                <w:lang w:val="en-SG"/>
              </w:rPr>
              <w:t>Lý do xin xác nhận công tác (8):</w:t>
            </w:r>
            <w:r>
              <w:rPr>
                <w:lang w:val="en-SG"/>
              </w:rPr>
              <w:t xml:space="preserve"> …………………………………………………….</w:t>
            </w:r>
          </w:p>
          <w:p w14:paraId="74147118" w14:textId="2CB17DBB" w:rsidR="00611B2A" w:rsidRPr="00611B2A" w:rsidRDefault="00611B2A" w:rsidP="00611B2A">
            <w:pPr>
              <w:spacing w:line="360" w:lineRule="auto"/>
              <w:rPr>
                <w:lang w:val="en-SG"/>
              </w:rPr>
            </w:pPr>
            <w:r>
              <w:rPr>
                <w:lang w:val="en-SG"/>
              </w:rPr>
              <w:t>………………………………………………………………………………………………………………………………………………………………………………………………………………………………………………………………………………</w:t>
            </w:r>
          </w:p>
          <w:p w14:paraId="46175BC1" w14:textId="77777777" w:rsidR="00611B2A" w:rsidRPr="00611B2A" w:rsidRDefault="00611B2A" w:rsidP="00611B2A">
            <w:pPr>
              <w:spacing w:line="360" w:lineRule="auto"/>
              <w:rPr>
                <w:lang w:val="en-SG"/>
              </w:rPr>
            </w:pPr>
            <w:r w:rsidRPr="00611B2A">
              <w:rPr>
                <w:lang w:val="en-SG"/>
              </w:rPr>
              <w:t>Tôi xin cam đoan những lời khai trên là chính xác, nếu có gì sai trái tôi xin chịu mọi trách nhiệm trước pháp luật và trước Công ty.</w:t>
            </w:r>
          </w:p>
          <w:p w14:paraId="0927E0A5" w14:textId="77777777" w:rsidR="00611B2A" w:rsidRPr="00611B2A" w:rsidRDefault="00611B2A" w:rsidP="00611B2A">
            <w:pPr>
              <w:spacing w:line="360" w:lineRule="auto"/>
              <w:rPr>
                <w:lang w:val="en-SG"/>
              </w:rPr>
            </w:pPr>
            <w:r w:rsidRPr="00611B2A">
              <w:rPr>
                <w:lang w:val="en-SG"/>
              </w:rPr>
              <w:t>Kính trình Giám đốc/Tổng Giám đốc xem xét và xác nhận.</w:t>
            </w:r>
          </w:p>
          <w:p w14:paraId="5275AE85" w14:textId="77777777" w:rsidR="00611B2A" w:rsidRDefault="00611B2A" w:rsidP="00497890">
            <w:pPr>
              <w:spacing w:line="360" w:lineRule="auto"/>
              <w:rPr>
                <w:lang w:val="en-SG"/>
              </w:rPr>
            </w:pPr>
            <w:r w:rsidRPr="00611B2A">
              <w:rPr>
                <w:lang w:val="en-SG"/>
              </w:rPr>
              <w:t>Tôi 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3340"/>
            </w:tblGrid>
            <w:tr w:rsidR="00611B2A" w14:paraId="07CBC4B0" w14:textId="77777777" w:rsidTr="00611B2A">
              <w:tc>
                <w:tcPr>
                  <w:tcW w:w="6396" w:type="dxa"/>
                </w:tcPr>
                <w:p w14:paraId="75BCE031" w14:textId="77777777" w:rsidR="00611B2A" w:rsidRPr="00611B2A" w:rsidRDefault="00611B2A" w:rsidP="00611B2A">
                  <w:pPr>
                    <w:spacing w:line="360" w:lineRule="auto"/>
                    <w:jc w:val="center"/>
                    <w:rPr>
                      <w:lang w:val="en-SG"/>
                    </w:rPr>
                  </w:pPr>
                  <w:r w:rsidRPr="00611B2A">
                    <w:rPr>
                      <w:b/>
                      <w:bCs/>
                      <w:lang w:val="en-SG"/>
                    </w:rPr>
                    <w:t>XÁC NHẬN CỦA CÔNG TY</w:t>
                  </w:r>
                </w:p>
                <w:p w14:paraId="69F1A20C" w14:textId="77777777" w:rsidR="00611B2A" w:rsidRPr="00611B2A" w:rsidRDefault="00611B2A" w:rsidP="00611B2A">
                  <w:pPr>
                    <w:spacing w:line="360" w:lineRule="auto"/>
                    <w:jc w:val="center"/>
                    <w:rPr>
                      <w:lang w:val="en-SG"/>
                    </w:rPr>
                  </w:pPr>
                  <w:r w:rsidRPr="00611B2A">
                    <w:rPr>
                      <w:lang w:val="en-SG"/>
                    </w:rPr>
                    <w:t>Xác nhận các thông tin về vị trí công việc, thời gian làm việc nêu trên là chính xác</w:t>
                  </w:r>
                </w:p>
                <w:p w14:paraId="588A3EEE" w14:textId="25486338" w:rsidR="00611B2A" w:rsidRDefault="00611B2A" w:rsidP="00611B2A">
                  <w:pPr>
                    <w:spacing w:line="360" w:lineRule="auto"/>
                    <w:jc w:val="center"/>
                    <w:rPr>
                      <w:lang w:val="en-SG"/>
                    </w:rPr>
                  </w:pPr>
                  <w:r w:rsidRPr="00611B2A">
                    <w:rPr>
                      <w:i/>
                      <w:iCs/>
                      <w:lang w:val="en-SG"/>
                    </w:rPr>
                    <w:t>(Ký, ghi rõ họ tên, chức vụ và đóng dấu)</w:t>
                  </w:r>
                </w:p>
              </w:tc>
              <w:tc>
                <w:tcPr>
                  <w:tcW w:w="3340" w:type="dxa"/>
                </w:tcPr>
                <w:p w14:paraId="6F407A8D" w14:textId="77777777" w:rsidR="00611B2A" w:rsidRPr="00611B2A" w:rsidRDefault="00611B2A" w:rsidP="00611B2A">
                  <w:pPr>
                    <w:spacing w:line="360" w:lineRule="auto"/>
                    <w:jc w:val="center"/>
                    <w:rPr>
                      <w:lang w:val="en-SG"/>
                    </w:rPr>
                  </w:pPr>
                  <w:r w:rsidRPr="00611B2A">
                    <w:rPr>
                      <w:b/>
                      <w:bCs/>
                      <w:lang w:val="en-SG"/>
                    </w:rPr>
                    <w:t>NGƯỜI KHAI</w:t>
                  </w:r>
                </w:p>
                <w:p w14:paraId="17AA706E" w14:textId="77777777" w:rsidR="00611B2A" w:rsidRPr="00611B2A" w:rsidRDefault="00611B2A" w:rsidP="00611B2A">
                  <w:pPr>
                    <w:spacing w:line="360" w:lineRule="auto"/>
                    <w:jc w:val="center"/>
                    <w:rPr>
                      <w:lang w:val="en-SG"/>
                    </w:rPr>
                  </w:pPr>
                  <w:r w:rsidRPr="00611B2A">
                    <w:rPr>
                      <w:i/>
                      <w:iCs/>
                      <w:lang w:val="en-SG"/>
                    </w:rPr>
                    <w:t>(Ký, ghi rõ họ tên)</w:t>
                  </w:r>
                </w:p>
                <w:p w14:paraId="4A9D18C3" w14:textId="77777777" w:rsidR="00611B2A" w:rsidRDefault="00611B2A" w:rsidP="00497890">
                  <w:pPr>
                    <w:spacing w:line="360" w:lineRule="auto"/>
                    <w:rPr>
                      <w:lang w:val="en-SG"/>
                    </w:rPr>
                  </w:pPr>
                </w:p>
              </w:tc>
            </w:tr>
          </w:tbl>
          <w:p w14:paraId="21D1A7ED" w14:textId="35EDFEF2" w:rsidR="00611B2A" w:rsidRPr="00611B2A" w:rsidRDefault="00611B2A" w:rsidP="00497890">
            <w:pPr>
              <w:spacing w:line="360" w:lineRule="auto"/>
              <w:rPr>
                <w:lang w:val="en-SG"/>
              </w:rPr>
            </w:pPr>
          </w:p>
        </w:tc>
      </w:tr>
    </w:tbl>
    <w:p w14:paraId="4644C341" w14:textId="77777777" w:rsidR="00A3429C" w:rsidRDefault="00000000" w:rsidP="00497890">
      <w:pPr>
        <w:spacing w:after="0" w:line="360" w:lineRule="auto"/>
      </w:pPr>
      <w:r>
        <w:rPr>
          <w:color w:val="000000"/>
        </w:rPr>
        <w:lastRenderedPageBreak/>
        <w:t xml:space="preserve">Bạn tải mẫu phiếu </w:t>
      </w:r>
      <w:r>
        <w:t xml:space="preserve">xác nhận công tác </w:t>
      </w:r>
      <w:r>
        <w:rPr>
          <w:color w:val="000000"/>
        </w:rPr>
        <w:t xml:space="preserve">mới 2025 </w:t>
      </w:r>
      <w:r>
        <w:rPr>
          <w:b/>
          <w:color w:val="4F81BD"/>
          <w:u w:val="single"/>
        </w:rPr>
        <w:t>TẠI ĐÂY.</w:t>
      </w:r>
    </w:p>
    <w:p w14:paraId="57036ADB" w14:textId="20EEAE3A" w:rsidR="00A3429C" w:rsidRDefault="00000000" w:rsidP="00497890">
      <w:pPr>
        <w:spacing w:after="0" w:line="360" w:lineRule="auto"/>
        <w:rPr>
          <w:b/>
          <w:color w:val="000000"/>
        </w:rPr>
      </w:pPr>
      <w:r>
        <w:rPr>
          <w:b/>
          <w:color w:val="000000"/>
        </w:rPr>
        <w:t xml:space="preserve">3. </w:t>
      </w:r>
      <w:r w:rsidR="00611B2A">
        <w:rPr>
          <w:b/>
          <w:color w:val="000000"/>
        </w:rPr>
        <w:t xml:space="preserve">Hướng dẫn cách viết mẫu giấy xác nhận công tác </w:t>
      </w:r>
    </w:p>
    <w:p w14:paraId="50DFB7E5" w14:textId="7EA79C48" w:rsidR="00611B2A" w:rsidRPr="00611B2A" w:rsidRDefault="00611B2A" w:rsidP="00611B2A">
      <w:pPr>
        <w:spacing w:after="0" w:line="360" w:lineRule="auto"/>
        <w:jc w:val="both"/>
        <w:rPr>
          <w:lang w:val="en-SG"/>
        </w:rPr>
      </w:pPr>
      <w:r>
        <w:rPr>
          <w:lang w:val="en-SG"/>
        </w:rPr>
        <w:t xml:space="preserve">(1) </w:t>
      </w:r>
      <w:r w:rsidRPr="00611B2A">
        <w:rPr>
          <w:lang w:val="en-SG"/>
        </w:rPr>
        <w:t>Viết tên của doanh nghiệp, tổ chức hay đơn vị mà người viết đơn công tác, có thể gửi tới Ban Giám đốc hoặc thủ trưởng cơ quan đơn vị cụ thể</w:t>
      </w:r>
    </w:p>
    <w:p w14:paraId="319EA31C" w14:textId="51080CAE" w:rsidR="00611B2A" w:rsidRPr="00611B2A" w:rsidRDefault="00611B2A" w:rsidP="00611B2A">
      <w:pPr>
        <w:spacing w:after="0" w:line="360" w:lineRule="auto"/>
        <w:jc w:val="both"/>
        <w:rPr>
          <w:lang w:val="en-SG"/>
        </w:rPr>
      </w:pPr>
      <w:r>
        <w:rPr>
          <w:lang w:val="en-SG"/>
        </w:rPr>
        <w:lastRenderedPageBreak/>
        <w:t xml:space="preserve">(2) </w:t>
      </w:r>
      <w:r w:rsidRPr="00611B2A">
        <w:rPr>
          <w:lang w:val="en-SG"/>
        </w:rPr>
        <w:t>Ghi đầy đủ họ và tên bằng chữ in hoa có dấu</w:t>
      </w:r>
    </w:p>
    <w:p w14:paraId="2DE437A0" w14:textId="1D6B00EF" w:rsidR="00611B2A" w:rsidRPr="00611B2A" w:rsidRDefault="00611B2A" w:rsidP="00611B2A">
      <w:pPr>
        <w:spacing w:after="0" w:line="360" w:lineRule="auto"/>
        <w:jc w:val="both"/>
        <w:rPr>
          <w:lang w:val="en-SG"/>
        </w:rPr>
      </w:pPr>
      <w:r>
        <w:rPr>
          <w:lang w:val="en-SG"/>
        </w:rPr>
        <w:t xml:space="preserve">(3) </w:t>
      </w:r>
      <w:r w:rsidRPr="00611B2A">
        <w:rPr>
          <w:lang w:val="en-SG"/>
        </w:rPr>
        <w:t>Ghi địa chỉ theo địa chỉ  nơi đăng ký thường trú/tạm trú của người viết đơn: xã/phường/thị trấn, quận/huyện, tỉnh/thành phố.</w:t>
      </w:r>
    </w:p>
    <w:p w14:paraId="2736AF6C" w14:textId="3FFD670A" w:rsidR="00611B2A" w:rsidRPr="00611B2A" w:rsidRDefault="00611B2A" w:rsidP="00611B2A">
      <w:pPr>
        <w:spacing w:after="0" w:line="360" w:lineRule="auto"/>
        <w:jc w:val="both"/>
        <w:rPr>
          <w:lang w:val="en-SG"/>
        </w:rPr>
      </w:pPr>
      <w:r>
        <w:rPr>
          <w:lang w:val="en-SG"/>
        </w:rPr>
        <w:t xml:space="preserve">(4) </w:t>
      </w:r>
      <w:r w:rsidRPr="00611B2A">
        <w:rPr>
          <w:lang w:val="en-SG"/>
        </w:rPr>
        <w:t>Ghi đúng địa chỉ trụ sở theo Giấy chứng nhận đăng ký kinh doanh hoặc Quyết định thành lập.</w:t>
      </w:r>
    </w:p>
    <w:p w14:paraId="77F481D8" w14:textId="05E37173" w:rsidR="00611B2A" w:rsidRPr="00611B2A" w:rsidRDefault="00611B2A" w:rsidP="00611B2A">
      <w:pPr>
        <w:spacing w:after="0" w:line="360" w:lineRule="auto"/>
        <w:jc w:val="both"/>
        <w:rPr>
          <w:lang w:val="en-SG"/>
        </w:rPr>
      </w:pPr>
      <w:r>
        <w:rPr>
          <w:lang w:val="en-SG"/>
        </w:rPr>
        <w:t xml:space="preserve">(5) </w:t>
      </w:r>
      <w:r w:rsidRPr="00611B2A">
        <w:rPr>
          <w:lang w:val="en-SG"/>
        </w:rPr>
        <w:t>Ghi cụ thể phòng, ban, bộ phận làm việc của người khai.</w:t>
      </w:r>
    </w:p>
    <w:p w14:paraId="7A2643D6" w14:textId="28ED4F07" w:rsidR="00611B2A" w:rsidRPr="00611B2A" w:rsidRDefault="00611B2A" w:rsidP="00611B2A">
      <w:pPr>
        <w:spacing w:after="0" w:line="360" w:lineRule="auto"/>
        <w:jc w:val="both"/>
        <w:rPr>
          <w:lang w:val="en-SG"/>
        </w:rPr>
      </w:pPr>
      <w:r>
        <w:rPr>
          <w:lang w:val="en-SG"/>
        </w:rPr>
        <w:t xml:space="preserve">(6) </w:t>
      </w:r>
      <w:r w:rsidRPr="00611B2A">
        <w:rPr>
          <w:lang w:val="en-SG"/>
        </w:rPr>
        <w:t>Loại hợp đồng lao động có thể là: Hợp đồng không xác định thời hạn; Xác định thời hạn 01 năm; Xác định thời hạn 02 năm; Xác định thời hạn 03 năm…</w:t>
      </w:r>
    </w:p>
    <w:p w14:paraId="29055910" w14:textId="5DEE9EE6" w:rsidR="00611B2A" w:rsidRPr="00611B2A" w:rsidRDefault="00611B2A" w:rsidP="00611B2A">
      <w:pPr>
        <w:spacing w:after="0" w:line="360" w:lineRule="auto"/>
        <w:jc w:val="both"/>
        <w:rPr>
          <w:lang w:val="en-SG"/>
        </w:rPr>
      </w:pPr>
      <w:r>
        <w:rPr>
          <w:lang w:val="en-SG"/>
        </w:rPr>
        <w:t xml:space="preserve">(7) </w:t>
      </w:r>
      <w:r w:rsidRPr="00611B2A">
        <w:rPr>
          <w:lang w:val="en-SG"/>
        </w:rPr>
        <w:t>Trong quá trình làm việc, trong nội bộ doanh nghiệp, cơ quan, tổ chức, người lao động có thể được thuyên chuyển, điều động làm việc ở nhiều vị trí, nhiều bộ phận khác nhau. Chính vì vậy, người khai nên ghi chi tiết thời gian làm việc cho từng vị trí, bộ phận.</w:t>
      </w:r>
    </w:p>
    <w:p w14:paraId="4D367914" w14:textId="3580007C" w:rsidR="00611B2A" w:rsidRPr="00611B2A" w:rsidRDefault="00611B2A" w:rsidP="00611B2A">
      <w:pPr>
        <w:spacing w:after="0" w:line="360" w:lineRule="auto"/>
        <w:jc w:val="both"/>
        <w:rPr>
          <w:lang w:val="en-SG"/>
        </w:rPr>
      </w:pPr>
      <w:r>
        <w:rPr>
          <w:lang w:val="en-SG"/>
        </w:rPr>
        <w:t xml:space="preserve">(8) </w:t>
      </w:r>
      <w:r w:rsidRPr="00611B2A">
        <w:rPr>
          <w:lang w:val="en-SG"/>
        </w:rPr>
        <w:t>Tùy thuộc vào mục đích của người xin xác nhận, có thể là: xác nhận kinh nghiệm làm việc, chứng minh tài chính, làm hồ sơ du học, làm visa du lịch, vay vốn ngân hàng,…</w:t>
      </w:r>
    </w:p>
    <w:p w14:paraId="0E3E44CD" w14:textId="03223DF9" w:rsidR="00A3429C" w:rsidRDefault="00611B2A" w:rsidP="00497890">
      <w:pPr>
        <w:spacing w:after="0" w:line="360" w:lineRule="auto"/>
        <w:jc w:val="both"/>
      </w:pPr>
      <w:r w:rsidRPr="00611B2A">
        <w:t xml:space="preserve">Trên đây là những chia sẻ của </w:t>
      </w:r>
      <w:r>
        <w:t>Vietjack</w:t>
      </w:r>
      <w:r w:rsidRPr="00611B2A">
        <w:t xml:space="preserve"> về </w:t>
      </w:r>
      <w:r>
        <w:t>m</w:t>
      </w:r>
      <w:r w:rsidRPr="00611B2A">
        <w:t>ẫu giấy xác nhận công tác cho cá nhân. Nếu còn những vướng mắc cần giải đáp hãy liên hệ với chúng tôi để được giải đáp nhanh chóng, cập nhật những quy định mới theo quy định pháp luật hiện hành.</w:t>
      </w:r>
    </w:p>
    <w:sectPr w:rsidR="00A3429C">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4751CB6-F3BD-4494-87F0-D844F9CE6E0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895AE8-C047-40C9-AEC6-B6875C5BCCDE}"/>
    <w:embedBold r:id="rId3" w:fontKey="{33E51D96-9801-48D2-A671-6864579CA209}"/>
    <w:embedItalic r:id="rId4" w:fontKey="{E09E181F-50A9-4C4F-898C-15B2C2E8E0CF}"/>
    <w:embedBoldItalic r:id="rId5" w:fontKey="{E9416BF1-A6EF-4FFC-B3E5-2FCE6AED3C41}"/>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0C8EB489-E634-49BA-97C2-D894971D30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B0345"/>
    <w:multiLevelType w:val="multilevel"/>
    <w:tmpl w:val="2244FA64"/>
    <w:lvl w:ilvl="0">
      <w:start w:val="1"/>
      <w:numFmt w:val="bullet"/>
      <w:pStyle w:val="ListBullet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62032B2"/>
    <w:multiLevelType w:val="multilevel"/>
    <w:tmpl w:val="440868DE"/>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05542A6"/>
    <w:multiLevelType w:val="multilevel"/>
    <w:tmpl w:val="5D82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F82F58"/>
    <w:multiLevelType w:val="multilevel"/>
    <w:tmpl w:val="ED22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A367F9"/>
    <w:multiLevelType w:val="multilevel"/>
    <w:tmpl w:val="8A208F14"/>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FF839FA"/>
    <w:multiLevelType w:val="multilevel"/>
    <w:tmpl w:val="F1E45886"/>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18158577">
    <w:abstractNumId w:val="4"/>
  </w:num>
  <w:num w:numId="2" w16cid:durableId="2048027022">
    <w:abstractNumId w:val="0"/>
  </w:num>
  <w:num w:numId="3" w16cid:durableId="1441493582">
    <w:abstractNumId w:val="1"/>
  </w:num>
  <w:num w:numId="4" w16cid:durableId="998457857">
    <w:abstractNumId w:val="5"/>
  </w:num>
  <w:num w:numId="5" w16cid:durableId="18822785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40764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6852962">
    <w:abstractNumId w:val="2"/>
  </w:num>
  <w:num w:numId="8" w16cid:durableId="6499445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29C"/>
    <w:rsid w:val="0002473F"/>
    <w:rsid w:val="00497890"/>
    <w:rsid w:val="00611B2A"/>
    <w:rsid w:val="00A3429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05FC"/>
  <w15:docId w15:val="{694C657F-6FBD-4A87-ABA9-FC6AF90A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S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0IkuElRenFYBIBdqW1+bSmFppw==">CgMxLjA4AHIhMTFYd20tVXdvaVJPOFhPMmdLQzF3MWc2MXItOTZETDZx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Ha Nguyen</cp:lastModifiedBy>
  <cp:revision>2</cp:revision>
  <dcterms:created xsi:type="dcterms:W3CDTF">2025-09-25T07:06:00Z</dcterms:created>
  <dcterms:modified xsi:type="dcterms:W3CDTF">2025-09-25T07:06:00Z</dcterms:modified>
</cp:coreProperties>
</file>